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3D986" w14:textId="77777777" w:rsidR="00F45A8C" w:rsidRPr="00F45A8C" w:rsidRDefault="00F45A8C" w:rsidP="00F45A8C">
      <w:pPr>
        <w:jc w:val="center"/>
        <w:outlineLvl w:val="0"/>
        <w:rPr>
          <w:rFonts w:ascii="Times New Roman" w:hAnsi="Times New Roman"/>
          <w:b/>
          <w:lang w:val="id-ID"/>
        </w:rPr>
      </w:pPr>
      <w:r w:rsidRPr="00F45A8C">
        <w:rPr>
          <w:rFonts w:ascii="Times New Roman" w:hAnsi="Times New Roman"/>
          <w:b/>
        </w:rPr>
        <w:t>KISI-KISI</w:t>
      </w:r>
      <w:r w:rsidRPr="00F45A8C">
        <w:rPr>
          <w:rFonts w:ascii="Times New Roman" w:hAnsi="Times New Roman"/>
          <w:b/>
          <w:lang w:val="id-ID"/>
        </w:rPr>
        <w:t xml:space="preserve"> PENYUSUNAN SOAL PENILAIAN TENGAH SEMESTER GASAL</w:t>
      </w:r>
    </w:p>
    <w:p w14:paraId="251CA4A6" w14:textId="77777777" w:rsidR="00F45A8C" w:rsidRPr="00F45A8C" w:rsidRDefault="00F45A8C" w:rsidP="00F45A8C">
      <w:pPr>
        <w:jc w:val="center"/>
        <w:outlineLvl w:val="0"/>
        <w:rPr>
          <w:rFonts w:ascii="Times New Roman" w:hAnsi="Times New Roman"/>
          <w:b/>
          <w:lang w:val="id-ID"/>
        </w:rPr>
      </w:pPr>
      <w:r w:rsidRPr="00F45A8C">
        <w:rPr>
          <w:rFonts w:ascii="Times New Roman" w:hAnsi="Times New Roman"/>
          <w:b/>
        </w:rPr>
        <w:t xml:space="preserve">SMK </w:t>
      </w:r>
      <w:r w:rsidRPr="00F45A8C">
        <w:rPr>
          <w:rFonts w:ascii="Times New Roman" w:hAnsi="Times New Roman"/>
          <w:b/>
          <w:lang w:val="id-ID"/>
        </w:rPr>
        <w:t>VETERAN</w:t>
      </w:r>
    </w:p>
    <w:p w14:paraId="56E54C45" w14:textId="77777777" w:rsidR="00F45A8C" w:rsidRPr="00F45A8C" w:rsidRDefault="00F45A8C" w:rsidP="00F45A8C">
      <w:pPr>
        <w:jc w:val="center"/>
        <w:rPr>
          <w:rFonts w:ascii="Times New Roman" w:hAnsi="Times New Roman"/>
          <w:b/>
          <w:lang w:val="id-ID"/>
        </w:rPr>
      </w:pPr>
      <w:r w:rsidRPr="00F45A8C">
        <w:rPr>
          <w:rFonts w:ascii="Times New Roman" w:hAnsi="Times New Roman"/>
          <w:b/>
        </w:rPr>
        <w:t>TAHUN PELAJARAN 20</w:t>
      </w:r>
      <w:r w:rsidRPr="00F45A8C">
        <w:rPr>
          <w:rFonts w:ascii="Times New Roman" w:hAnsi="Times New Roman"/>
          <w:b/>
          <w:lang w:val="id-ID"/>
        </w:rPr>
        <w:t>26/2027</w:t>
      </w:r>
    </w:p>
    <w:p w14:paraId="35ABD659" w14:textId="77777777" w:rsidR="00F45A8C" w:rsidRPr="00F45A8C" w:rsidRDefault="00F45A8C" w:rsidP="00F45A8C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lang w:val="fi-FI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5249"/>
        <w:gridCol w:w="931"/>
        <w:gridCol w:w="2893"/>
        <w:gridCol w:w="931"/>
      </w:tblGrid>
      <w:tr w:rsidR="00F45A8C" w:rsidRPr="00F45A8C" w14:paraId="07EDB5D1" w14:textId="77777777" w:rsidTr="00437E39">
        <w:trPr>
          <w:trHeight w:val="242"/>
        </w:trPr>
        <w:tc>
          <w:tcPr>
            <w:tcW w:w="1928" w:type="dxa"/>
          </w:tcPr>
          <w:p w14:paraId="1C4AE1A9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3" w:lineRule="exact"/>
              <w:ind w:left="50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Satuan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 Pendidikan</w:t>
            </w:r>
          </w:p>
        </w:tc>
        <w:tc>
          <w:tcPr>
            <w:tcW w:w="5249" w:type="dxa"/>
          </w:tcPr>
          <w:p w14:paraId="7FBFD540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3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: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Sekolah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Menengah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Kejuruan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 (SMK)</w:t>
            </w:r>
          </w:p>
        </w:tc>
        <w:tc>
          <w:tcPr>
            <w:tcW w:w="3824" w:type="dxa"/>
            <w:gridSpan w:val="2"/>
          </w:tcPr>
          <w:p w14:paraId="7D64F5AD" w14:textId="77777777" w:rsidR="00F45A8C" w:rsidRPr="00F45A8C" w:rsidRDefault="00F45A8C" w:rsidP="00F45A8C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23" w:lineRule="exact"/>
              <w:ind w:right="104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Alokasi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 xml:space="preserve"> </w:t>
            </w: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Waktu</w:t>
            </w: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ab/>
              <w:t>:</w:t>
            </w:r>
          </w:p>
        </w:tc>
        <w:tc>
          <w:tcPr>
            <w:tcW w:w="931" w:type="dxa"/>
          </w:tcPr>
          <w:p w14:paraId="2531F0C0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3" w:lineRule="exact"/>
              <w:ind w:left="107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90</w:t>
            </w: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 xml:space="preserve">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menit</w:t>
            </w:r>
            <w:proofErr w:type="spellEnd"/>
          </w:p>
        </w:tc>
      </w:tr>
      <w:tr w:rsidR="00F45A8C" w:rsidRPr="00F45A8C" w14:paraId="00F17053" w14:textId="77777777" w:rsidTr="00437E39">
        <w:trPr>
          <w:trHeight w:val="241"/>
        </w:trPr>
        <w:tc>
          <w:tcPr>
            <w:tcW w:w="1928" w:type="dxa"/>
          </w:tcPr>
          <w:p w14:paraId="4564D204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" w:after="0" w:line="221" w:lineRule="exact"/>
              <w:rPr>
                <w:rFonts w:ascii="Tahoma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249" w:type="dxa"/>
          </w:tcPr>
          <w:p w14:paraId="47D9BB0B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" w:after="0" w:line="221" w:lineRule="exact"/>
              <w:rPr>
                <w:rFonts w:ascii="Tahoma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824" w:type="dxa"/>
            <w:gridSpan w:val="2"/>
          </w:tcPr>
          <w:p w14:paraId="06E97BCD" w14:textId="77777777" w:rsidR="00F45A8C" w:rsidRPr="00F45A8C" w:rsidRDefault="00F45A8C" w:rsidP="00F45A8C">
            <w:pPr>
              <w:widowControl w:val="0"/>
              <w:tabs>
                <w:tab w:val="left" w:pos="1700"/>
              </w:tabs>
              <w:autoSpaceDE w:val="0"/>
              <w:autoSpaceDN w:val="0"/>
              <w:spacing w:before="1" w:after="0" w:line="221" w:lineRule="exact"/>
              <w:ind w:right="104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  <w:p w14:paraId="463F230A" w14:textId="77777777" w:rsidR="00F45A8C" w:rsidRPr="00F45A8C" w:rsidRDefault="00F45A8C" w:rsidP="00F45A8C">
            <w:pPr>
              <w:widowControl w:val="0"/>
              <w:tabs>
                <w:tab w:val="left" w:pos="1700"/>
              </w:tabs>
              <w:autoSpaceDE w:val="0"/>
              <w:autoSpaceDN w:val="0"/>
              <w:spacing w:before="1" w:after="0" w:line="221" w:lineRule="exact"/>
              <w:ind w:right="104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Bentuk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 xml:space="preserve">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Soal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ab/>
              <w:t>:</w:t>
            </w:r>
          </w:p>
        </w:tc>
        <w:tc>
          <w:tcPr>
            <w:tcW w:w="931" w:type="dxa"/>
          </w:tcPr>
          <w:p w14:paraId="7F301FFA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" w:after="0" w:line="221" w:lineRule="exact"/>
              <w:ind w:left="107"/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</w:pPr>
          </w:p>
          <w:p w14:paraId="7447C8DB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" w:after="0" w:line="221" w:lineRule="exact"/>
              <w:ind w:left="107"/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>Pilihan Ganda</w:t>
            </w:r>
          </w:p>
        </w:tc>
      </w:tr>
      <w:tr w:rsidR="00F45A8C" w:rsidRPr="00F45A8C" w14:paraId="244014F7" w14:textId="77777777" w:rsidTr="00437E39">
        <w:trPr>
          <w:trHeight w:val="240"/>
        </w:trPr>
        <w:tc>
          <w:tcPr>
            <w:tcW w:w="1928" w:type="dxa"/>
          </w:tcPr>
          <w:p w14:paraId="496ECFE2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0" w:lineRule="exact"/>
              <w:ind w:left="50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Program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Keahlian</w:t>
            </w:r>
            <w:proofErr w:type="spellEnd"/>
          </w:p>
        </w:tc>
        <w:tc>
          <w:tcPr>
            <w:tcW w:w="5249" w:type="dxa"/>
          </w:tcPr>
          <w:p w14:paraId="3B29DFA1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0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: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Semua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 Program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Keahlian</w:t>
            </w:r>
            <w:proofErr w:type="spellEnd"/>
          </w:p>
        </w:tc>
        <w:tc>
          <w:tcPr>
            <w:tcW w:w="3824" w:type="dxa"/>
            <w:gridSpan w:val="2"/>
          </w:tcPr>
          <w:p w14:paraId="5074F037" w14:textId="77777777" w:rsidR="00F45A8C" w:rsidRPr="00F45A8C" w:rsidRDefault="00F45A8C" w:rsidP="00F45A8C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20" w:lineRule="exact"/>
              <w:ind w:right="104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Jumlah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 xml:space="preserve"> 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Soal</w:t>
            </w:r>
            <w:proofErr w:type="spellEnd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ab/>
              <w:t>:</w:t>
            </w:r>
          </w:p>
        </w:tc>
        <w:tc>
          <w:tcPr>
            <w:tcW w:w="931" w:type="dxa"/>
          </w:tcPr>
          <w:p w14:paraId="313047D2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20" w:lineRule="exact"/>
              <w:ind w:left="107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50</w:t>
            </w:r>
          </w:p>
        </w:tc>
      </w:tr>
      <w:tr w:rsidR="00F45A8C" w:rsidRPr="00F45A8C" w14:paraId="5BFEABC1" w14:textId="77777777" w:rsidTr="00437E39">
        <w:trPr>
          <w:trHeight w:val="237"/>
        </w:trPr>
        <w:tc>
          <w:tcPr>
            <w:tcW w:w="1928" w:type="dxa"/>
          </w:tcPr>
          <w:p w14:paraId="4970FAC2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18" w:lineRule="exac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5249" w:type="dxa"/>
          </w:tcPr>
          <w:p w14:paraId="0E50B2B4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18" w:lineRule="exac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3824" w:type="dxa"/>
            <w:gridSpan w:val="2"/>
          </w:tcPr>
          <w:p w14:paraId="48E46F25" w14:textId="77777777" w:rsidR="00F45A8C" w:rsidRPr="00F45A8C" w:rsidRDefault="00F45A8C" w:rsidP="00F45A8C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18" w:lineRule="exact"/>
              <w:ind w:right="104"/>
              <w:jc w:val="right"/>
              <w:rPr>
                <w:rFonts w:ascii="Tahoma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931" w:type="dxa"/>
          </w:tcPr>
          <w:p w14:paraId="7E88AA6A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F45A8C" w:rsidRPr="00F45A8C" w14:paraId="0F371BF5" w14:textId="77777777" w:rsidTr="00437E39">
        <w:trPr>
          <w:gridAfter w:val="2"/>
          <w:wAfter w:w="3824" w:type="dxa"/>
          <w:trHeight w:val="491"/>
        </w:trPr>
        <w:tc>
          <w:tcPr>
            <w:tcW w:w="1928" w:type="dxa"/>
          </w:tcPr>
          <w:p w14:paraId="540FDFB5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39" w:lineRule="exact"/>
              <w:ind w:left="50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Mata Pelajaran</w:t>
            </w:r>
          </w:p>
          <w:p w14:paraId="0005FF5F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1" w:after="0" w:line="221" w:lineRule="exact"/>
              <w:ind w:left="50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  <w:p w14:paraId="0122801C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11" w:after="0" w:line="221" w:lineRule="exact"/>
              <w:ind w:left="50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Kelas/Semester</w:t>
            </w:r>
          </w:p>
        </w:tc>
        <w:tc>
          <w:tcPr>
            <w:tcW w:w="5249" w:type="dxa"/>
          </w:tcPr>
          <w:p w14:paraId="2399662D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41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:</w:t>
            </w: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>Bahasa Jawa</w:t>
            </w:r>
          </w:p>
          <w:p w14:paraId="4EF18FBA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  <w:p w14:paraId="2423A465" w14:textId="52838D1C" w:rsidR="00F45A8C" w:rsidRPr="00F45A8C" w:rsidRDefault="00F45A8C" w:rsidP="00F45A8C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:X</w:t>
            </w:r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  <w:lang w:val="id-ID"/>
              </w:rPr>
              <w:t>I</w:t>
            </w:r>
            <w:r w:rsidR="00886F89">
              <w:rPr>
                <w:rFonts w:ascii="Times New Roman" w:eastAsia="Times New Roman" w:hAnsi="Times New Roman" w:cs="Times New Roman"/>
                <w:color w:val="auto"/>
                <w:sz w:val="22"/>
              </w:rPr>
              <w:t>I</w:t>
            </w:r>
            <w:bookmarkStart w:id="0" w:name="_GoBack"/>
            <w:bookmarkEnd w:id="0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/</w:t>
            </w:r>
            <w:proofErr w:type="spellStart"/>
            <w:r w:rsidRPr="00F45A8C">
              <w:rPr>
                <w:rFonts w:ascii="Times New Roman" w:eastAsia="Times New Roman" w:hAnsi="Times New Roman" w:cs="Times New Roman"/>
                <w:color w:val="auto"/>
                <w:sz w:val="22"/>
              </w:rPr>
              <w:t>Gasal</w:t>
            </w:r>
            <w:proofErr w:type="spellEnd"/>
          </w:p>
          <w:p w14:paraId="066677A8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931" w:type="dxa"/>
          </w:tcPr>
          <w:p w14:paraId="24092E04" w14:textId="77777777" w:rsidR="00F45A8C" w:rsidRPr="00F45A8C" w:rsidRDefault="00F45A8C" w:rsidP="00F45A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</w:rPr>
            </w:pPr>
          </w:p>
        </w:tc>
      </w:tr>
    </w:tbl>
    <w:p w14:paraId="50384AF0" w14:textId="77777777" w:rsidR="00297663" w:rsidRDefault="00297663"/>
    <w:p w14:paraId="1A9FB73A" w14:textId="77777777" w:rsidR="00F45A8C" w:rsidRDefault="00F45A8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168"/>
        <w:gridCol w:w="3312"/>
        <w:gridCol w:w="1872"/>
        <w:gridCol w:w="5328"/>
        <w:gridCol w:w="1152"/>
      </w:tblGrid>
      <w:tr w:rsidR="00297663" w14:paraId="6924013E" w14:textId="77777777" w:rsidTr="00F45A8C">
        <w:trPr>
          <w:jc w:val="center"/>
        </w:trPr>
        <w:tc>
          <w:tcPr>
            <w:tcW w:w="720" w:type="dxa"/>
            <w:shd w:val="clear" w:color="auto" w:fill="1F3864"/>
          </w:tcPr>
          <w:p w14:paraId="7C44DDF8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w="3168" w:type="dxa"/>
            <w:shd w:val="clear" w:color="auto" w:fill="1F3864"/>
          </w:tcPr>
          <w:p w14:paraId="7904723E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Capaian Pembelajaran (CP)</w:t>
            </w:r>
          </w:p>
        </w:tc>
        <w:tc>
          <w:tcPr>
            <w:tcW w:w="3312" w:type="dxa"/>
            <w:shd w:val="clear" w:color="auto" w:fill="1F3864"/>
          </w:tcPr>
          <w:p w14:paraId="3A9FBE2B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Alur Tujuan Pembelajaran (ATP)</w:t>
            </w:r>
          </w:p>
        </w:tc>
        <w:tc>
          <w:tcPr>
            <w:tcW w:w="1872" w:type="dxa"/>
            <w:shd w:val="clear" w:color="auto" w:fill="1F3864"/>
          </w:tcPr>
          <w:p w14:paraId="1D4F4506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Materi / Sub-Materi</w:t>
            </w:r>
          </w:p>
        </w:tc>
        <w:tc>
          <w:tcPr>
            <w:tcW w:w="5328" w:type="dxa"/>
            <w:shd w:val="clear" w:color="auto" w:fill="1F3864"/>
          </w:tcPr>
          <w:p w14:paraId="0517C303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Indikator Soal</w:t>
            </w:r>
          </w:p>
        </w:tc>
        <w:tc>
          <w:tcPr>
            <w:tcW w:w="1152" w:type="dxa"/>
            <w:shd w:val="clear" w:color="auto" w:fill="1F3864"/>
          </w:tcPr>
          <w:p w14:paraId="7BA0F6AB" w14:textId="77777777" w:rsidR="00297663" w:rsidRDefault="00A64CA6">
            <w:pPr>
              <w:jc w:val="center"/>
            </w:pPr>
            <w:r>
              <w:rPr>
                <w:b/>
                <w:color w:val="FFFFFF"/>
                <w:sz w:val="18"/>
              </w:rPr>
              <w:t>Level / No</w:t>
            </w:r>
          </w:p>
        </w:tc>
      </w:tr>
      <w:tr w:rsidR="00297663" w14:paraId="54414BEA" w14:textId="77777777" w:rsidTr="00F45A8C">
        <w:trPr>
          <w:jc w:val="center"/>
        </w:trPr>
        <w:tc>
          <w:tcPr>
            <w:tcW w:w="720" w:type="dxa"/>
            <w:vAlign w:val="center"/>
          </w:tcPr>
          <w:p w14:paraId="2550A2EF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168" w:type="dxa"/>
            <w:vMerge w:val="restart"/>
            <w:vAlign w:val="center"/>
          </w:tcPr>
          <w:p w14:paraId="21876485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menganalisis, mengevaluasi, lan mengkreasi informasi berupa gagasan, pikiran, perasaan, utawa pesan saka teks artikel basa Jawa kanggo nanggapi masalah sosial-budaya.</w:t>
            </w:r>
          </w:p>
          <w:p w14:paraId="622816E9" w14:textId="77777777" w:rsidR="00297663" w:rsidRDefault="00297663" w:rsidP="00425ADD">
            <w:pPr>
              <w:spacing w:before="40"/>
            </w:pPr>
          </w:p>
          <w:p w14:paraId="3703C542" w14:textId="77777777" w:rsidR="00297663" w:rsidRDefault="00297663" w:rsidP="00425ADD">
            <w:pPr>
              <w:spacing w:before="40"/>
            </w:pPr>
          </w:p>
          <w:p w14:paraId="26B33BEF" w14:textId="77777777" w:rsidR="00297663" w:rsidRDefault="00297663" w:rsidP="00425ADD">
            <w:pPr>
              <w:spacing w:before="40"/>
            </w:pPr>
          </w:p>
          <w:p w14:paraId="450F1A30" w14:textId="77777777" w:rsidR="00297663" w:rsidRDefault="00297663" w:rsidP="00425ADD">
            <w:pPr>
              <w:spacing w:before="40"/>
            </w:pPr>
          </w:p>
          <w:p w14:paraId="6F6C7F86" w14:textId="77777777" w:rsidR="00297663" w:rsidRDefault="00297663" w:rsidP="00425ADD">
            <w:pPr>
              <w:spacing w:before="40"/>
            </w:pPr>
          </w:p>
          <w:p w14:paraId="30651A96" w14:textId="77777777" w:rsidR="00297663" w:rsidRDefault="00297663" w:rsidP="00425ADD">
            <w:pPr>
              <w:spacing w:before="40"/>
            </w:pPr>
          </w:p>
          <w:p w14:paraId="31B9BD57" w14:textId="77777777" w:rsidR="00297663" w:rsidRDefault="00297663" w:rsidP="00425ADD">
            <w:pPr>
              <w:spacing w:before="40"/>
            </w:pPr>
          </w:p>
          <w:p w14:paraId="3DA18C12" w14:textId="77777777" w:rsidR="00297663" w:rsidRDefault="00297663" w:rsidP="00425ADD">
            <w:pPr>
              <w:spacing w:before="40"/>
            </w:pPr>
          </w:p>
          <w:p w14:paraId="798763BB" w14:textId="77777777" w:rsidR="00297663" w:rsidRDefault="00297663" w:rsidP="00425ADD">
            <w:pPr>
              <w:spacing w:before="40"/>
            </w:pPr>
          </w:p>
          <w:p w14:paraId="5A09EAED" w14:textId="77777777" w:rsidR="00297663" w:rsidRDefault="00297663" w:rsidP="00425ADD">
            <w:pPr>
              <w:spacing w:before="40"/>
            </w:pPr>
          </w:p>
          <w:p w14:paraId="498678D0" w14:textId="77777777" w:rsidR="00297663" w:rsidRDefault="00297663" w:rsidP="00425ADD">
            <w:pPr>
              <w:spacing w:before="40"/>
            </w:pPr>
          </w:p>
          <w:p w14:paraId="46D5A0EC" w14:textId="77777777" w:rsidR="00297663" w:rsidRDefault="00297663" w:rsidP="00425ADD">
            <w:pPr>
              <w:spacing w:before="40"/>
            </w:pPr>
          </w:p>
          <w:p w14:paraId="0C8B6404" w14:textId="77777777" w:rsidR="00297663" w:rsidRDefault="00297663" w:rsidP="00425ADD">
            <w:pPr>
              <w:spacing w:before="40"/>
            </w:pPr>
          </w:p>
          <w:p w14:paraId="5A889E9B" w14:textId="77777777" w:rsidR="00297663" w:rsidRDefault="00297663" w:rsidP="00425ADD">
            <w:pPr>
              <w:spacing w:before="40"/>
            </w:pPr>
          </w:p>
          <w:p w14:paraId="46398024" w14:textId="77777777" w:rsidR="00297663" w:rsidRDefault="00297663" w:rsidP="00425ADD">
            <w:pPr>
              <w:spacing w:before="40"/>
            </w:pPr>
          </w:p>
          <w:p w14:paraId="26F5CB22" w14:textId="77777777" w:rsidR="00297663" w:rsidRDefault="00297663" w:rsidP="00425ADD">
            <w:pPr>
              <w:spacing w:before="40"/>
            </w:pPr>
          </w:p>
          <w:p w14:paraId="3E7E99F7" w14:textId="77777777" w:rsidR="00297663" w:rsidRDefault="00297663" w:rsidP="00425ADD">
            <w:pPr>
              <w:spacing w:before="40"/>
            </w:pPr>
          </w:p>
          <w:p w14:paraId="19E55E91" w14:textId="77777777" w:rsidR="00297663" w:rsidRDefault="00297663" w:rsidP="00425ADD">
            <w:pPr>
              <w:spacing w:before="40"/>
            </w:pPr>
          </w:p>
          <w:p w14:paraId="0F699F3F" w14:textId="77777777" w:rsidR="00297663" w:rsidRDefault="00297663" w:rsidP="00425ADD">
            <w:pPr>
              <w:spacing w:before="40"/>
            </w:pPr>
          </w:p>
          <w:p w14:paraId="620EDAB3" w14:textId="77777777" w:rsidR="00297663" w:rsidRDefault="00297663" w:rsidP="00425ADD">
            <w:pPr>
              <w:spacing w:before="40"/>
            </w:pPr>
          </w:p>
          <w:p w14:paraId="6EE8E24F" w14:textId="77777777" w:rsidR="00297663" w:rsidRDefault="00297663" w:rsidP="00425ADD">
            <w:pPr>
              <w:spacing w:before="40"/>
            </w:pPr>
          </w:p>
          <w:p w14:paraId="773EF65E" w14:textId="77777777" w:rsidR="00297663" w:rsidRDefault="00297663" w:rsidP="00425ADD">
            <w:pPr>
              <w:spacing w:before="40"/>
            </w:pPr>
          </w:p>
          <w:p w14:paraId="457E7626" w14:textId="77777777" w:rsidR="00297663" w:rsidRDefault="00297663" w:rsidP="00425ADD">
            <w:pPr>
              <w:spacing w:before="40"/>
            </w:pPr>
          </w:p>
          <w:p w14:paraId="1F876F57" w14:textId="77777777" w:rsidR="00297663" w:rsidRDefault="00297663" w:rsidP="00425ADD">
            <w:pPr>
              <w:spacing w:before="40"/>
            </w:pPr>
          </w:p>
          <w:p w14:paraId="29C726C9" w14:textId="77777777" w:rsidR="00297663" w:rsidRDefault="00297663" w:rsidP="00425ADD">
            <w:pPr>
              <w:spacing w:before="40"/>
            </w:pPr>
          </w:p>
          <w:p w14:paraId="5827C01D" w14:textId="77777777" w:rsidR="00297663" w:rsidRDefault="00297663" w:rsidP="00425ADD">
            <w:pPr>
              <w:spacing w:before="40"/>
            </w:pPr>
          </w:p>
          <w:p w14:paraId="0802033D" w14:textId="77777777" w:rsidR="00297663" w:rsidRDefault="00297663" w:rsidP="00425ADD">
            <w:pPr>
              <w:spacing w:before="40"/>
            </w:pPr>
          </w:p>
          <w:p w14:paraId="5042E173" w14:textId="77777777" w:rsidR="00297663" w:rsidRDefault="00297663" w:rsidP="00425ADD">
            <w:pPr>
              <w:spacing w:before="40"/>
            </w:pPr>
          </w:p>
          <w:p w14:paraId="30CFCBA6" w14:textId="77777777" w:rsidR="00297663" w:rsidRDefault="00297663" w:rsidP="00425ADD">
            <w:pPr>
              <w:spacing w:before="40"/>
            </w:pPr>
          </w:p>
          <w:p w14:paraId="2EC47519" w14:textId="77777777" w:rsidR="00297663" w:rsidRDefault="00297663" w:rsidP="00425ADD">
            <w:pPr>
              <w:spacing w:before="40"/>
            </w:pPr>
          </w:p>
          <w:p w14:paraId="41CD1919" w14:textId="77777777" w:rsidR="00297663" w:rsidRDefault="00297663" w:rsidP="00425ADD">
            <w:pPr>
              <w:spacing w:before="40"/>
            </w:pPr>
          </w:p>
          <w:p w14:paraId="7448A5D3" w14:textId="77777777" w:rsidR="00297663" w:rsidRDefault="00297663" w:rsidP="00425ADD">
            <w:pPr>
              <w:spacing w:before="40"/>
            </w:pPr>
          </w:p>
          <w:p w14:paraId="220E9660" w14:textId="77777777" w:rsidR="00297663" w:rsidRDefault="00297663" w:rsidP="00425ADD">
            <w:pPr>
              <w:spacing w:before="40"/>
            </w:pPr>
          </w:p>
          <w:p w14:paraId="24ABAB22" w14:textId="77777777" w:rsidR="00297663" w:rsidRDefault="00297663" w:rsidP="00425ADD">
            <w:pPr>
              <w:spacing w:before="40"/>
            </w:pPr>
          </w:p>
          <w:p w14:paraId="68D0EB0D" w14:textId="77777777" w:rsidR="00297663" w:rsidRDefault="00297663" w:rsidP="00425ADD">
            <w:pPr>
              <w:spacing w:before="40"/>
            </w:pPr>
          </w:p>
          <w:p w14:paraId="31D6384D" w14:textId="77777777" w:rsidR="00297663" w:rsidRDefault="00297663" w:rsidP="00425ADD">
            <w:pPr>
              <w:spacing w:before="40"/>
            </w:pPr>
          </w:p>
          <w:p w14:paraId="023AAF01" w14:textId="77777777" w:rsidR="00297663" w:rsidRDefault="00297663" w:rsidP="00425ADD">
            <w:pPr>
              <w:spacing w:before="40"/>
            </w:pPr>
          </w:p>
          <w:p w14:paraId="2058625A" w14:textId="77777777" w:rsidR="00297663" w:rsidRDefault="00297663" w:rsidP="00425ADD">
            <w:pPr>
              <w:spacing w:before="40"/>
            </w:pPr>
          </w:p>
          <w:p w14:paraId="79C1D7E2" w14:textId="77777777" w:rsidR="00297663" w:rsidRDefault="00297663" w:rsidP="00425ADD">
            <w:pPr>
              <w:spacing w:before="40"/>
            </w:pPr>
          </w:p>
          <w:p w14:paraId="1C83EAFF" w14:textId="77777777" w:rsidR="00297663" w:rsidRDefault="00297663" w:rsidP="00425ADD">
            <w:pPr>
              <w:spacing w:before="40"/>
            </w:pPr>
          </w:p>
          <w:p w14:paraId="0BDAEFB6" w14:textId="77777777" w:rsidR="00297663" w:rsidRDefault="00297663" w:rsidP="00425ADD">
            <w:pPr>
              <w:spacing w:before="40"/>
            </w:pPr>
          </w:p>
          <w:p w14:paraId="692ADFFF" w14:textId="77777777" w:rsidR="00297663" w:rsidRDefault="00297663" w:rsidP="00425ADD">
            <w:pPr>
              <w:spacing w:before="40"/>
            </w:pPr>
          </w:p>
          <w:p w14:paraId="2CE03366" w14:textId="77777777" w:rsidR="00297663" w:rsidRDefault="00297663" w:rsidP="00425ADD">
            <w:pPr>
              <w:spacing w:before="40"/>
            </w:pPr>
          </w:p>
          <w:p w14:paraId="302089E7" w14:textId="77777777" w:rsidR="00297663" w:rsidRDefault="00297663" w:rsidP="00425ADD">
            <w:pPr>
              <w:spacing w:before="40"/>
            </w:pPr>
          </w:p>
          <w:p w14:paraId="6B571F15" w14:textId="77777777" w:rsidR="00297663" w:rsidRDefault="00297663" w:rsidP="00425ADD">
            <w:pPr>
              <w:spacing w:before="40"/>
            </w:pPr>
          </w:p>
          <w:p w14:paraId="0850635D" w14:textId="77777777" w:rsidR="00297663" w:rsidRDefault="00297663" w:rsidP="00425ADD">
            <w:pPr>
              <w:spacing w:before="40"/>
            </w:pPr>
          </w:p>
          <w:p w14:paraId="0F00AEA5" w14:textId="77777777" w:rsidR="00297663" w:rsidRDefault="00297663" w:rsidP="00425ADD">
            <w:pPr>
              <w:spacing w:before="40"/>
            </w:pPr>
          </w:p>
          <w:p w14:paraId="2838AAD6" w14:textId="77777777" w:rsidR="00297663" w:rsidRDefault="00297663" w:rsidP="00425ADD">
            <w:pPr>
              <w:spacing w:before="40"/>
            </w:pPr>
          </w:p>
          <w:p w14:paraId="20FEA4BE" w14:textId="77777777" w:rsidR="00297663" w:rsidRDefault="00297663" w:rsidP="00425ADD">
            <w:pPr>
              <w:spacing w:before="40"/>
            </w:pPr>
          </w:p>
        </w:tc>
        <w:tc>
          <w:tcPr>
            <w:tcW w:w="3312" w:type="dxa"/>
            <w:vMerge w:val="restart"/>
            <w:vAlign w:val="center"/>
          </w:tcPr>
          <w:p w14:paraId="6402CE0F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lastRenderedPageBreak/>
              <w:t>Menganalisis isi, struktur, fungsi, lan kaidah basa sajroning teks artikel, serta mampu menehi evaluasi lan ngrancang gagasan kritis-kreatif tumrap masalah lokal.</w:t>
            </w:r>
          </w:p>
          <w:p w14:paraId="5AA808C3" w14:textId="77777777" w:rsidR="00297663" w:rsidRDefault="00297663" w:rsidP="00425ADD">
            <w:pPr>
              <w:spacing w:before="40"/>
            </w:pPr>
          </w:p>
          <w:p w14:paraId="7B650F95" w14:textId="77777777" w:rsidR="00297663" w:rsidRDefault="00297663" w:rsidP="00425ADD">
            <w:pPr>
              <w:spacing w:before="40"/>
            </w:pPr>
          </w:p>
          <w:p w14:paraId="6F13B2CC" w14:textId="77777777" w:rsidR="00297663" w:rsidRDefault="00297663" w:rsidP="00425ADD">
            <w:pPr>
              <w:spacing w:before="40"/>
            </w:pPr>
          </w:p>
          <w:p w14:paraId="61BF3D0F" w14:textId="77777777" w:rsidR="00297663" w:rsidRDefault="00297663" w:rsidP="00425ADD">
            <w:pPr>
              <w:spacing w:before="40"/>
            </w:pPr>
          </w:p>
          <w:p w14:paraId="00965985" w14:textId="77777777" w:rsidR="00297663" w:rsidRDefault="00297663" w:rsidP="00425ADD">
            <w:pPr>
              <w:spacing w:before="40"/>
            </w:pPr>
          </w:p>
          <w:p w14:paraId="22F4FA77" w14:textId="77777777" w:rsidR="00297663" w:rsidRDefault="00297663" w:rsidP="00425ADD">
            <w:pPr>
              <w:spacing w:before="40"/>
            </w:pPr>
          </w:p>
          <w:p w14:paraId="2B397515" w14:textId="77777777" w:rsidR="00297663" w:rsidRDefault="00297663" w:rsidP="00425ADD">
            <w:pPr>
              <w:spacing w:before="40"/>
            </w:pPr>
          </w:p>
          <w:p w14:paraId="564D8167" w14:textId="77777777" w:rsidR="00297663" w:rsidRDefault="00297663" w:rsidP="00425ADD">
            <w:pPr>
              <w:spacing w:before="40"/>
            </w:pPr>
          </w:p>
          <w:p w14:paraId="766A3BA5" w14:textId="77777777" w:rsidR="00297663" w:rsidRDefault="00297663" w:rsidP="00425ADD">
            <w:pPr>
              <w:spacing w:before="40"/>
            </w:pPr>
          </w:p>
          <w:p w14:paraId="647F2EC3" w14:textId="77777777" w:rsidR="00297663" w:rsidRDefault="00297663" w:rsidP="00425ADD">
            <w:pPr>
              <w:spacing w:before="40"/>
            </w:pPr>
          </w:p>
          <w:p w14:paraId="7E31D88F" w14:textId="77777777" w:rsidR="00297663" w:rsidRDefault="00297663" w:rsidP="00425ADD">
            <w:pPr>
              <w:spacing w:before="40"/>
            </w:pPr>
          </w:p>
          <w:p w14:paraId="594DF177" w14:textId="77777777" w:rsidR="00297663" w:rsidRDefault="00297663" w:rsidP="00425ADD">
            <w:pPr>
              <w:spacing w:before="40"/>
            </w:pPr>
          </w:p>
          <w:p w14:paraId="1E354477" w14:textId="77777777" w:rsidR="00297663" w:rsidRDefault="00297663" w:rsidP="00425ADD">
            <w:pPr>
              <w:spacing w:before="40"/>
            </w:pPr>
          </w:p>
          <w:p w14:paraId="7C9041B9" w14:textId="77777777" w:rsidR="00297663" w:rsidRDefault="00297663" w:rsidP="00425ADD">
            <w:pPr>
              <w:spacing w:before="40"/>
            </w:pPr>
          </w:p>
          <w:p w14:paraId="453654C3" w14:textId="77777777" w:rsidR="00297663" w:rsidRDefault="00297663" w:rsidP="00425ADD">
            <w:pPr>
              <w:spacing w:before="40"/>
            </w:pPr>
          </w:p>
          <w:p w14:paraId="505E8EBC" w14:textId="77777777" w:rsidR="00297663" w:rsidRDefault="00297663" w:rsidP="00425ADD">
            <w:pPr>
              <w:spacing w:before="40"/>
            </w:pPr>
          </w:p>
          <w:p w14:paraId="5696B097" w14:textId="77777777" w:rsidR="00297663" w:rsidRDefault="00297663" w:rsidP="00425ADD">
            <w:pPr>
              <w:spacing w:before="40"/>
            </w:pPr>
          </w:p>
          <w:p w14:paraId="6E017914" w14:textId="77777777" w:rsidR="00297663" w:rsidRDefault="00297663" w:rsidP="00425ADD">
            <w:pPr>
              <w:spacing w:before="40"/>
            </w:pPr>
          </w:p>
          <w:p w14:paraId="498EE781" w14:textId="77777777" w:rsidR="00297663" w:rsidRDefault="00297663" w:rsidP="00425ADD">
            <w:pPr>
              <w:spacing w:before="40"/>
            </w:pPr>
          </w:p>
          <w:p w14:paraId="0A5427CB" w14:textId="77777777" w:rsidR="00297663" w:rsidRDefault="00297663" w:rsidP="00425ADD">
            <w:pPr>
              <w:spacing w:before="40"/>
            </w:pPr>
          </w:p>
          <w:p w14:paraId="598747BF" w14:textId="77777777" w:rsidR="00297663" w:rsidRDefault="00297663" w:rsidP="00425ADD">
            <w:pPr>
              <w:spacing w:before="40"/>
            </w:pPr>
          </w:p>
          <w:p w14:paraId="35D862A6" w14:textId="77777777" w:rsidR="00297663" w:rsidRDefault="00297663" w:rsidP="00425ADD">
            <w:pPr>
              <w:spacing w:before="40"/>
            </w:pPr>
          </w:p>
          <w:p w14:paraId="494D423C" w14:textId="77777777" w:rsidR="00297663" w:rsidRDefault="00297663" w:rsidP="00425ADD">
            <w:pPr>
              <w:spacing w:before="40"/>
            </w:pPr>
          </w:p>
          <w:p w14:paraId="33F2E006" w14:textId="77777777" w:rsidR="00297663" w:rsidRDefault="00297663" w:rsidP="00425ADD">
            <w:pPr>
              <w:spacing w:before="40"/>
            </w:pPr>
          </w:p>
          <w:p w14:paraId="0789130F" w14:textId="77777777" w:rsidR="00297663" w:rsidRDefault="00297663" w:rsidP="00425ADD">
            <w:pPr>
              <w:spacing w:before="40"/>
            </w:pPr>
          </w:p>
          <w:p w14:paraId="30ACE7DD" w14:textId="77777777" w:rsidR="00297663" w:rsidRDefault="00297663" w:rsidP="00425ADD">
            <w:pPr>
              <w:spacing w:before="40"/>
            </w:pPr>
          </w:p>
          <w:p w14:paraId="7447D2B6" w14:textId="77777777" w:rsidR="00297663" w:rsidRDefault="00297663" w:rsidP="00425ADD">
            <w:pPr>
              <w:spacing w:before="40"/>
            </w:pPr>
          </w:p>
          <w:p w14:paraId="026B90A0" w14:textId="77777777" w:rsidR="00297663" w:rsidRDefault="00297663" w:rsidP="00425ADD">
            <w:pPr>
              <w:spacing w:before="40"/>
            </w:pPr>
          </w:p>
          <w:p w14:paraId="7397EB04" w14:textId="77777777" w:rsidR="00297663" w:rsidRDefault="00297663" w:rsidP="00425ADD">
            <w:pPr>
              <w:spacing w:before="40"/>
            </w:pPr>
          </w:p>
          <w:p w14:paraId="261FEEB2" w14:textId="77777777" w:rsidR="00297663" w:rsidRDefault="00297663" w:rsidP="00425ADD">
            <w:pPr>
              <w:spacing w:before="40"/>
            </w:pPr>
          </w:p>
          <w:p w14:paraId="3214DEFC" w14:textId="77777777" w:rsidR="00297663" w:rsidRDefault="00297663" w:rsidP="00425ADD">
            <w:pPr>
              <w:spacing w:before="40"/>
            </w:pPr>
          </w:p>
          <w:p w14:paraId="65BB257D" w14:textId="77777777" w:rsidR="00297663" w:rsidRDefault="00297663" w:rsidP="00425ADD">
            <w:pPr>
              <w:spacing w:before="40"/>
            </w:pPr>
          </w:p>
          <w:p w14:paraId="579A123D" w14:textId="77777777" w:rsidR="00297663" w:rsidRDefault="00297663" w:rsidP="00425ADD">
            <w:pPr>
              <w:spacing w:before="40"/>
            </w:pPr>
          </w:p>
          <w:p w14:paraId="4CBA823B" w14:textId="77777777" w:rsidR="00297663" w:rsidRDefault="00297663" w:rsidP="00425ADD">
            <w:pPr>
              <w:spacing w:before="40"/>
            </w:pPr>
          </w:p>
          <w:p w14:paraId="2A22E3A2" w14:textId="77777777" w:rsidR="00297663" w:rsidRDefault="00297663" w:rsidP="00425ADD">
            <w:pPr>
              <w:spacing w:before="40"/>
            </w:pPr>
          </w:p>
          <w:p w14:paraId="17837B4C" w14:textId="77777777" w:rsidR="00297663" w:rsidRDefault="00297663" w:rsidP="00425ADD">
            <w:pPr>
              <w:spacing w:before="40"/>
            </w:pPr>
          </w:p>
          <w:p w14:paraId="2A1DC3FD" w14:textId="77777777" w:rsidR="00297663" w:rsidRDefault="00297663" w:rsidP="00425ADD">
            <w:pPr>
              <w:spacing w:before="40"/>
            </w:pPr>
          </w:p>
          <w:p w14:paraId="52F48F49" w14:textId="77777777" w:rsidR="00297663" w:rsidRDefault="00297663" w:rsidP="00425ADD">
            <w:pPr>
              <w:spacing w:before="40"/>
            </w:pPr>
          </w:p>
          <w:p w14:paraId="0B29BD36" w14:textId="77777777" w:rsidR="00297663" w:rsidRDefault="00297663" w:rsidP="00425ADD">
            <w:pPr>
              <w:spacing w:before="40"/>
            </w:pPr>
          </w:p>
          <w:p w14:paraId="5B4C845A" w14:textId="77777777" w:rsidR="00297663" w:rsidRDefault="00297663" w:rsidP="00425ADD">
            <w:pPr>
              <w:spacing w:before="40"/>
            </w:pPr>
          </w:p>
          <w:p w14:paraId="217E5254" w14:textId="77777777" w:rsidR="00297663" w:rsidRDefault="00297663" w:rsidP="00425ADD">
            <w:pPr>
              <w:spacing w:before="40"/>
            </w:pPr>
          </w:p>
          <w:p w14:paraId="06292DFF" w14:textId="77777777" w:rsidR="00297663" w:rsidRDefault="00297663" w:rsidP="00425ADD">
            <w:pPr>
              <w:spacing w:before="40"/>
            </w:pPr>
          </w:p>
          <w:p w14:paraId="74D63C11" w14:textId="77777777" w:rsidR="00297663" w:rsidRDefault="00297663" w:rsidP="00425ADD">
            <w:pPr>
              <w:spacing w:before="40"/>
            </w:pPr>
          </w:p>
          <w:p w14:paraId="59CB4D5D" w14:textId="77777777" w:rsidR="00297663" w:rsidRDefault="00297663" w:rsidP="00425ADD">
            <w:pPr>
              <w:spacing w:before="40"/>
            </w:pPr>
          </w:p>
          <w:p w14:paraId="6763C5EB" w14:textId="77777777" w:rsidR="00297663" w:rsidRDefault="00297663" w:rsidP="00425ADD">
            <w:pPr>
              <w:spacing w:before="40"/>
            </w:pPr>
          </w:p>
          <w:p w14:paraId="79ACC01A" w14:textId="77777777" w:rsidR="00297663" w:rsidRDefault="00297663" w:rsidP="00425ADD">
            <w:pPr>
              <w:spacing w:before="40"/>
            </w:pPr>
          </w:p>
          <w:p w14:paraId="7352AFAF" w14:textId="77777777" w:rsidR="00297663" w:rsidRDefault="00297663" w:rsidP="00425ADD">
            <w:pPr>
              <w:spacing w:before="40"/>
            </w:pPr>
          </w:p>
          <w:p w14:paraId="462AD1B9" w14:textId="77777777" w:rsidR="00297663" w:rsidRDefault="00297663" w:rsidP="00425ADD">
            <w:pPr>
              <w:spacing w:before="40"/>
            </w:pPr>
          </w:p>
          <w:p w14:paraId="73BC7780" w14:textId="77777777" w:rsidR="00297663" w:rsidRDefault="00297663" w:rsidP="00425ADD">
            <w:pPr>
              <w:spacing w:before="40"/>
            </w:pPr>
          </w:p>
        </w:tc>
        <w:tc>
          <w:tcPr>
            <w:tcW w:w="1872" w:type="dxa"/>
            <w:vMerge w:val="restart"/>
            <w:vAlign w:val="center"/>
          </w:tcPr>
          <w:p w14:paraId="20416CC7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lastRenderedPageBreak/>
              <w:t>Teks Artikel (Jenis, Struktur, Kaidah Basa, Opini vs Fakta, Makna Implisit, lan Solusi Kreatif)</w:t>
            </w:r>
          </w:p>
          <w:p w14:paraId="08F6CAC4" w14:textId="77777777" w:rsidR="00297663" w:rsidRDefault="00297663" w:rsidP="00425ADD">
            <w:pPr>
              <w:spacing w:before="40"/>
            </w:pPr>
          </w:p>
          <w:p w14:paraId="7ECD64B7" w14:textId="77777777" w:rsidR="00297663" w:rsidRDefault="00297663" w:rsidP="00425ADD">
            <w:pPr>
              <w:spacing w:before="40"/>
            </w:pPr>
          </w:p>
          <w:p w14:paraId="289DC46E" w14:textId="77777777" w:rsidR="00297663" w:rsidRDefault="00297663" w:rsidP="00425ADD">
            <w:pPr>
              <w:spacing w:before="40"/>
            </w:pPr>
          </w:p>
          <w:p w14:paraId="478584DB" w14:textId="77777777" w:rsidR="00297663" w:rsidRDefault="00297663" w:rsidP="00425ADD">
            <w:pPr>
              <w:spacing w:before="40"/>
            </w:pPr>
          </w:p>
          <w:p w14:paraId="684697AE" w14:textId="77777777" w:rsidR="00297663" w:rsidRDefault="00297663" w:rsidP="00425ADD">
            <w:pPr>
              <w:spacing w:before="40"/>
            </w:pPr>
          </w:p>
          <w:p w14:paraId="7735CB0B" w14:textId="77777777" w:rsidR="00297663" w:rsidRDefault="00297663" w:rsidP="00425ADD">
            <w:pPr>
              <w:spacing w:before="40"/>
            </w:pPr>
          </w:p>
          <w:p w14:paraId="65BB6738" w14:textId="77777777" w:rsidR="00297663" w:rsidRDefault="00297663" w:rsidP="00425ADD">
            <w:pPr>
              <w:spacing w:before="40"/>
            </w:pPr>
          </w:p>
          <w:p w14:paraId="6173C3DB" w14:textId="77777777" w:rsidR="00297663" w:rsidRDefault="00297663" w:rsidP="00425ADD">
            <w:pPr>
              <w:spacing w:before="40"/>
            </w:pPr>
          </w:p>
          <w:p w14:paraId="312D93B5" w14:textId="77777777" w:rsidR="00297663" w:rsidRDefault="00297663" w:rsidP="00425ADD">
            <w:pPr>
              <w:spacing w:before="40"/>
            </w:pPr>
          </w:p>
          <w:p w14:paraId="3C8856DA" w14:textId="77777777" w:rsidR="00297663" w:rsidRDefault="00297663" w:rsidP="00425ADD">
            <w:pPr>
              <w:spacing w:before="40"/>
            </w:pPr>
          </w:p>
          <w:p w14:paraId="5578C9B4" w14:textId="77777777" w:rsidR="00297663" w:rsidRDefault="00297663" w:rsidP="00425ADD">
            <w:pPr>
              <w:spacing w:before="40"/>
            </w:pPr>
          </w:p>
          <w:p w14:paraId="15DED66F" w14:textId="77777777" w:rsidR="00297663" w:rsidRDefault="00297663" w:rsidP="00425ADD">
            <w:pPr>
              <w:spacing w:before="40"/>
            </w:pPr>
          </w:p>
          <w:p w14:paraId="20D52436" w14:textId="77777777" w:rsidR="00297663" w:rsidRDefault="00297663" w:rsidP="00425ADD">
            <w:pPr>
              <w:spacing w:before="40"/>
            </w:pPr>
          </w:p>
          <w:p w14:paraId="2BDAF4D3" w14:textId="77777777" w:rsidR="00297663" w:rsidRDefault="00297663" w:rsidP="00425ADD">
            <w:pPr>
              <w:spacing w:before="40"/>
            </w:pPr>
          </w:p>
          <w:p w14:paraId="09EF07E4" w14:textId="77777777" w:rsidR="00297663" w:rsidRDefault="00297663" w:rsidP="00425ADD">
            <w:pPr>
              <w:spacing w:before="40"/>
            </w:pPr>
          </w:p>
          <w:p w14:paraId="320E6303" w14:textId="77777777" w:rsidR="00297663" w:rsidRDefault="00297663" w:rsidP="00425ADD">
            <w:pPr>
              <w:spacing w:before="40"/>
            </w:pPr>
          </w:p>
          <w:p w14:paraId="6CF931DE" w14:textId="77777777" w:rsidR="00297663" w:rsidRDefault="00297663" w:rsidP="00425ADD">
            <w:pPr>
              <w:spacing w:before="40"/>
            </w:pPr>
          </w:p>
          <w:p w14:paraId="2EFB124D" w14:textId="77777777" w:rsidR="00297663" w:rsidRDefault="00297663" w:rsidP="00425ADD">
            <w:pPr>
              <w:spacing w:before="40"/>
            </w:pPr>
          </w:p>
          <w:p w14:paraId="70F9E92A" w14:textId="77777777" w:rsidR="00297663" w:rsidRDefault="00297663" w:rsidP="00425ADD">
            <w:pPr>
              <w:spacing w:before="40"/>
            </w:pPr>
          </w:p>
          <w:p w14:paraId="3E72DE41" w14:textId="77777777" w:rsidR="00297663" w:rsidRDefault="00297663" w:rsidP="00425ADD">
            <w:pPr>
              <w:spacing w:before="40"/>
            </w:pPr>
          </w:p>
          <w:p w14:paraId="57C52FF7" w14:textId="77777777" w:rsidR="00297663" w:rsidRDefault="00297663" w:rsidP="00425ADD">
            <w:pPr>
              <w:spacing w:before="40"/>
            </w:pPr>
          </w:p>
          <w:p w14:paraId="42CDF417" w14:textId="77777777" w:rsidR="00297663" w:rsidRDefault="00297663" w:rsidP="00425ADD">
            <w:pPr>
              <w:spacing w:before="40"/>
            </w:pPr>
          </w:p>
          <w:p w14:paraId="7219FCA1" w14:textId="77777777" w:rsidR="00297663" w:rsidRDefault="00297663" w:rsidP="00425ADD">
            <w:pPr>
              <w:spacing w:before="40"/>
            </w:pPr>
          </w:p>
          <w:p w14:paraId="69FDAA5E" w14:textId="77777777" w:rsidR="00297663" w:rsidRDefault="00297663" w:rsidP="00425ADD">
            <w:pPr>
              <w:spacing w:before="40"/>
            </w:pPr>
          </w:p>
          <w:p w14:paraId="437DB7FB" w14:textId="77777777" w:rsidR="00297663" w:rsidRDefault="00297663" w:rsidP="00425ADD">
            <w:pPr>
              <w:spacing w:before="40"/>
            </w:pPr>
          </w:p>
          <w:p w14:paraId="4907FE3C" w14:textId="77777777" w:rsidR="00297663" w:rsidRDefault="00297663" w:rsidP="00425ADD">
            <w:pPr>
              <w:spacing w:before="40"/>
            </w:pPr>
          </w:p>
          <w:p w14:paraId="52B12CC5" w14:textId="77777777" w:rsidR="00297663" w:rsidRDefault="00297663" w:rsidP="00425ADD">
            <w:pPr>
              <w:spacing w:before="40"/>
            </w:pPr>
          </w:p>
          <w:p w14:paraId="720F6DC3" w14:textId="77777777" w:rsidR="00297663" w:rsidRDefault="00297663" w:rsidP="00425ADD">
            <w:pPr>
              <w:spacing w:before="40"/>
            </w:pPr>
          </w:p>
          <w:p w14:paraId="54F2B6C4" w14:textId="77777777" w:rsidR="00297663" w:rsidRDefault="00297663" w:rsidP="00425ADD">
            <w:pPr>
              <w:spacing w:before="40"/>
            </w:pPr>
          </w:p>
          <w:p w14:paraId="7E5A70D0" w14:textId="77777777" w:rsidR="00297663" w:rsidRDefault="00297663" w:rsidP="00425ADD">
            <w:pPr>
              <w:spacing w:before="40"/>
            </w:pPr>
          </w:p>
          <w:p w14:paraId="6EA6E62D" w14:textId="77777777" w:rsidR="00297663" w:rsidRDefault="00297663" w:rsidP="00425ADD">
            <w:pPr>
              <w:spacing w:before="40"/>
            </w:pPr>
          </w:p>
          <w:p w14:paraId="13D94E0D" w14:textId="77777777" w:rsidR="00297663" w:rsidRDefault="00297663" w:rsidP="00425ADD">
            <w:pPr>
              <w:spacing w:before="40"/>
            </w:pPr>
          </w:p>
          <w:p w14:paraId="12940C63" w14:textId="77777777" w:rsidR="00297663" w:rsidRDefault="00297663" w:rsidP="00425ADD">
            <w:pPr>
              <w:spacing w:before="40"/>
            </w:pPr>
          </w:p>
          <w:p w14:paraId="54ABE644" w14:textId="77777777" w:rsidR="00297663" w:rsidRDefault="00297663" w:rsidP="00425ADD">
            <w:pPr>
              <w:spacing w:before="40"/>
            </w:pPr>
          </w:p>
          <w:p w14:paraId="61AD904C" w14:textId="77777777" w:rsidR="00297663" w:rsidRDefault="00297663" w:rsidP="00425ADD">
            <w:pPr>
              <w:spacing w:before="40"/>
            </w:pPr>
          </w:p>
          <w:p w14:paraId="5A85AC64" w14:textId="77777777" w:rsidR="00297663" w:rsidRDefault="00297663" w:rsidP="00425ADD">
            <w:pPr>
              <w:spacing w:before="40"/>
            </w:pPr>
          </w:p>
          <w:p w14:paraId="55337109" w14:textId="77777777" w:rsidR="00297663" w:rsidRDefault="00297663" w:rsidP="00425ADD">
            <w:pPr>
              <w:spacing w:before="40"/>
            </w:pPr>
          </w:p>
          <w:p w14:paraId="31845803" w14:textId="77777777" w:rsidR="00297663" w:rsidRDefault="00297663" w:rsidP="00425ADD">
            <w:pPr>
              <w:spacing w:before="40"/>
            </w:pPr>
          </w:p>
          <w:p w14:paraId="3D313A97" w14:textId="77777777" w:rsidR="00297663" w:rsidRDefault="00297663" w:rsidP="00425ADD">
            <w:pPr>
              <w:spacing w:before="40"/>
            </w:pPr>
          </w:p>
          <w:p w14:paraId="24A181FB" w14:textId="77777777" w:rsidR="00297663" w:rsidRDefault="00297663" w:rsidP="00425ADD">
            <w:pPr>
              <w:spacing w:before="40"/>
            </w:pPr>
          </w:p>
          <w:p w14:paraId="63044CD4" w14:textId="77777777" w:rsidR="00297663" w:rsidRDefault="00297663" w:rsidP="00425ADD">
            <w:pPr>
              <w:spacing w:before="40"/>
            </w:pPr>
          </w:p>
          <w:p w14:paraId="37044845" w14:textId="77777777" w:rsidR="00297663" w:rsidRDefault="00297663" w:rsidP="00425ADD">
            <w:pPr>
              <w:spacing w:before="40"/>
            </w:pPr>
          </w:p>
          <w:p w14:paraId="3A553E15" w14:textId="77777777" w:rsidR="00297663" w:rsidRDefault="00297663" w:rsidP="00425ADD">
            <w:pPr>
              <w:spacing w:before="40"/>
            </w:pPr>
          </w:p>
          <w:p w14:paraId="733B7C40" w14:textId="77777777" w:rsidR="00297663" w:rsidRDefault="00297663" w:rsidP="00425ADD">
            <w:pPr>
              <w:spacing w:before="40"/>
            </w:pPr>
          </w:p>
          <w:p w14:paraId="4C1A8E2C" w14:textId="77777777" w:rsidR="00297663" w:rsidRDefault="00297663" w:rsidP="00425ADD">
            <w:pPr>
              <w:spacing w:before="40"/>
            </w:pPr>
          </w:p>
          <w:p w14:paraId="31CD0F9E" w14:textId="77777777" w:rsidR="00297663" w:rsidRDefault="00297663" w:rsidP="00425ADD">
            <w:pPr>
              <w:spacing w:before="40"/>
            </w:pPr>
          </w:p>
          <w:p w14:paraId="22DCEDE0" w14:textId="77777777" w:rsidR="00297663" w:rsidRDefault="00297663" w:rsidP="00425ADD">
            <w:pPr>
              <w:spacing w:before="40"/>
            </w:pPr>
          </w:p>
          <w:p w14:paraId="109E7D2D" w14:textId="77777777" w:rsidR="00297663" w:rsidRDefault="00297663" w:rsidP="00425ADD">
            <w:pPr>
              <w:spacing w:before="40"/>
            </w:pPr>
          </w:p>
          <w:p w14:paraId="2B34CFCF" w14:textId="77777777" w:rsidR="00297663" w:rsidRDefault="00297663" w:rsidP="00425ADD">
            <w:pPr>
              <w:spacing w:before="40"/>
            </w:pPr>
          </w:p>
        </w:tc>
        <w:tc>
          <w:tcPr>
            <w:tcW w:w="5328" w:type="dxa"/>
            <w:vAlign w:val="center"/>
          </w:tcPr>
          <w:p w14:paraId="24151556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lastRenderedPageBreak/>
              <w:t>Disajikake definisi tulisan ing media massa, peserta didik mampu nemtokake jenis karya sastra/non-sastra (artikel) kanthi tepat.</w:t>
            </w:r>
          </w:p>
        </w:tc>
        <w:tc>
          <w:tcPr>
            <w:tcW w:w="1152" w:type="dxa"/>
            <w:vAlign w:val="center"/>
          </w:tcPr>
          <w:p w14:paraId="57E0559D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1)</w:t>
            </w:r>
          </w:p>
        </w:tc>
      </w:tr>
      <w:tr w:rsidR="00297663" w14:paraId="6F19A25D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80A2EB7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69AF1318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7C7C8024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4F4CF205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5ED76EB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istilah bagean pembuka ing struktur artikel kanthi tepat.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1F7EBB1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2)</w:t>
            </w:r>
          </w:p>
        </w:tc>
      </w:tr>
      <w:tr w:rsidR="00297663" w14:paraId="3EF07AD9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576CB69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3168" w:type="dxa"/>
            <w:vMerge/>
            <w:vAlign w:val="center"/>
          </w:tcPr>
          <w:p w14:paraId="79665E45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673B892E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720A9D53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1C425D69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perangan isi/argumentasi ing struktur artikel adhedhasar fungsine.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9063A1F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3)</w:t>
            </w:r>
          </w:p>
        </w:tc>
      </w:tr>
      <w:tr w:rsidR="00297663" w14:paraId="3ED05029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AA5AA87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308BD2C3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7F2154E2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3CC25E55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7A9C304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pengertian artikel eksposisi adhedhasar ancase tulisan.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6AB25A8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4)</w:t>
            </w:r>
          </w:p>
        </w:tc>
      </w:tr>
      <w:tr w:rsidR="00297663" w14:paraId="1613D275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89FFC3A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3168" w:type="dxa"/>
            <w:vMerge/>
            <w:vAlign w:val="center"/>
          </w:tcPr>
          <w:p w14:paraId="0C9C13EA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5AB4BF7D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3230330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13E2E0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njelasake titikane (ciri) artikel deskripsi kang nggambarake obyek kanthi rinci.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9791B2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(C2)</w:t>
            </w:r>
            <w:r w:rsidRPr="00F45A8C">
              <w:rPr>
                <w:color w:val="000000" w:themeColor="text1"/>
                <w:sz w:val="17"/>
              </w:rPr>
              <w:br/>
              <w:t>(Soal 5)</w:t>
            </w:r>
          </w:p>
        </w:tc>
      </w:tr>
      <w:tr w:rsidR="00297663" w14:paraId="157853A3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17D8ED3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18DCF099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F06DD0B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755AE96D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3BB9F34F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mbedakake ancase artikel argumentasi lan artikel persuasi kanthi cetha.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7B7E926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(C2)</w:t>
            </w:r>
            <w:r w:rsidRPr="00F45A8C">
              <w:rPr>
                <w:color w:val="000000" w:themeColor="text1"/>
                <w:sz w:val="17"/>
              </w:rPr>
              <w:br/>
              <w:t>(Soal 6)</w:t>
            </w:r>
          </w:p>
        </w:tc>
      </w:tr>
      <w:tr w:rsidR="00297663" w14:paraId="3D773CAF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42D5F38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3168" w:type="dxa"/>
            <w:vMerge/>
            <w:vAlign w:val="center"/>
          </w:tcPr>
          <w:p w14:paraId="1BAABA5E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7FBC6583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798F49B9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90C3738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salah siji titikan (ciri utama) tulisan artikel faktual.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4AF204F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7)</w:t>
            </w:r>
          </w:p>
        </w:tc>
      </w:tr>
      <w:tr w:rsidR="00297663" w14:paraId="625A5E1A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25FD214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510B0E33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302C9890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39E5A494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39E79A8E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njelasake karakteristik ragam basa kang digunakake ing artikel populer media massa.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5211CCB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(C2)</w:t>
            </w:r>
            <w:r w:rsidRPr="00F45A8C">
              <w:rPr>
                <w:color w:val="000000" w:themeColor="text1"/>
                <w:sz w:val="17"/>
              </w:rPr>
              <w:br/>
              <w:t>(Soal 8)</w:t>
            </w:r>
          </w:p>
        </w:tc>
      </w:tr>
      <w:tr w:rsidR="00297663" w14:paraId="27EE2524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FD8FACA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3168" w:type="dxa"/>
            <w:vMerge/>
            <w:vAlign w:val="center"/>
          </w:tcPr>
          <w:p w14:paraId="0219EE14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37CF2ED0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2243A839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18996834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istilah bagean dudutan (kesimpulan) ing struktur pungkasan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03F5008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(C1)</w:t>
            </w:r>
            <w:r w:rsidRPr="00F45A8C">
              <w:rPr>
                <w:color w:val="000000" w:themeColor="text1"/>
                <w:sz w:val="17"/>
              </w:rPr>
              <w:br/>
              <w:t>(Soal 9)</w:t>
            </w:r>
          </w:p>
        </w:tc>
      </w:tr>
      <w:tr w:rsidR="00297663" w14:paraId="6F53F8D4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6138E92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67517597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3B191A1E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4D0BB8D4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5BE853D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Peserta didik mampu nemtokake langkah pisanan (tahap awal) sajroning proses nulis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90A6867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LOTS (C2)</w:t>
            </w:r>
            <w:r w:rsidRPr="00F45A8C">
              <w:rPr>
                <w:color w:val="000000" w:themeColor="text1"/>
                <w:sz w:val="17"/>
              </w:rPr>
              <w:br/>
              <w:t>(Soal 10)</w:t>
            </w:r>
          </w:p>
        </w:tc>
      </w:tr>
      <w:tr w:rsidR="00297663" w14:paraId="0A32C0F7" w14:textId="77777777" w:rsidTr="00F45A8C">
        <w:trPr>
          <w:jc w:val="center"/>
        </w:trPr>
        <w:tc>
          <w:tcPr>
            <w:tcW w:w="720" w:type="dxa"/>
            <w:vAlign w:val="center"/>
          </w:tcPr>
          <w:p w14:paraId="037DCCD0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11</w:t>
            </w:r>
          </w:p>
        </w:tc>
        <w:tc>
          <w:tcPr>
            <w:tcW w:w="3168" w:type="dxa"/>
            <w:vMerge/>
            <w:vAlign w:val="center"/>
          </w:tcPr>
          <w:p w14:paraId="0C26FB57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4E84FFC9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5F55B149" w14:textId="77777777" w:rsidR="00297663" w:rsidRDefault="00297663" w:rsidP="00425ADD"/>
        </w:tc>
        <w:tc>
          <w:tcPr>
            <w:tcW w:w="5328" w:type="dxa"/>
            <w:vAlign w:val="center"/>
          </w:tcPr>
          <w:p w14:paraId="757F339B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1 (Tantangan Budaya Jawa), peserta didik mampu menganalisis masalah utama/bakune rembug kanthi tepat.</w:t>
            </w:r>
          </w:p>
        </w:tc>
        <w:tc>
          <w:tcPr>
            <w:tcW w:w="1152" w:type="dxa"/>
            <w:vAlign w:val="center"/>
          </w:tcPr>
          <w:p w14:paraId="2BEBA557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11)</w:t>
            </w:r>
          </w:p>
        </w:tc>
      </w:tr>
      <w:tr w:rsidR="00297663" w14:paraId="1EBF28D4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8218CB6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1A1FF8D0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5798FD1B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2332E1D5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20E66DE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1, peserta didik mampu mengevaluasi sikap/pandangan panulis marang fenomena eksistensi budaya Jawa.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D8D3F3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12)</w:t>
            </w:r>
          </w:p>
        </w:tc>
      </w:tr>
      <w:tr w:rsidR="00297663" w14:paraId="619A4D6B" w14:textId="77777777" w:rsidTr="00F45A8C">
        <w:trPr>
          <w:jc w:val="center"/>
        </w:trPr>
        <w:tc>
          <w:tcPr>
            <w:tcW w:w="720" w:type="dxa"/>
            <w:vAlign w:val="center"/>
          </w:tcPr>
          <w:p w14:paraId="268E0C8F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3168" w:type="dxa"/>
            <w:vMerge/>
            <w:vAlign w:val="center"/>
          </w:tcPr>
          <w:p w14:paraId="32847EA0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1FFA8E34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A2E1EB4" w14:textId="77777777" w:rsidR="00297663" w:rsidRDefault="00297663" w:rsidP="00425ADD"/>
        </w:tc>
        <w:tc>
          <w:tcPr>
            <w:tcW w:w="5328" w:type="dxa"/>
            <w:vAlign w:val="center"/>
          </w:tcPr>
          <w:p w14:paraId="065CD9F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1, peserta didik mampu merumuskan solusi konkrit lan inovatif berbasis media digital kanggo ngadhepi masalah lunture budaya.</w:t>
            </w:r>
          </w:p>
        </w:tc>
        <w:tc>
          <w:tcPr>
            <w:tcW w:w="1152" w:type="dxa"/>
            <w:vAlign w:val="center"/>
          </w:tcPr>
          <w:p w14:paraId="33230597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13)</w:t>
            </w:r>
          </w:p>
        </w:tc>
      </w:tr>
      <w:tr w:rsidR="00297663" w14:paraId="125FBA1D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798DA5C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3DFDE91E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50E4FABD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7B741280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2EF6C3A5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2 (Bahaya Plastik), peserta didik mampu menganalisis pola pangembangan lan jenis paragraf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BBC5041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14)</w:t>
            </w:r>
          </w:p>
        </w:tc>
      </w:tr>
      <w:tr w:rsidR="00297663" w14:paraId="3DF69683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D739E9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3168" w:type="dxa"/>
            <w:vMerge/>
            <w:vAlign w:val="center"/>
          </w:tcPr>
          <w:p w14:paraId="5798A9BA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16B42382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17C2EB06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2BBF12E2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2, peserta didik mampu menganalisis lan mbedakake ukara kang kalebu FAKTA ing sajroning teks.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C442970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15)</w:t>
            </w:r>
          </w:p>
        </w:tc>
      </w:tr>
      <w:tr w:rsidR="00297663" w14:paraId="09C0CCD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7F8FDDA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662F5B00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41C301CA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712886B6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3AC4D646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2, peserta didik mampu mengevaluasi lan nemtokake tumindak nyata (aplikatif) ing lingkungan sekolah manut nilai teks.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C5D137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16)</w:t>
            </w:r>
          </w:p>
        </w:tc>
      </w:tr>
      <w:tr w:rsidR="00297663" w14:paraId="325E8553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47F43AC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3168" w:type="dxa"/>
            <w:vMerge/>
            <w:vAlign w:val="center"/>
          </w:tcPr>
          <w:p w14:paraId="61540914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6FED3E2C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7B770C20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2119286E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3 (Eksistensi Wayang Kulit), peserta didik mampu menehi kritik lan saran konstruktif kanggo modernisasi pementasan wayang.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D30C0BA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17)</w:t>
            </w:r>
          </w:p>
        </w:tc>
      </w:tr>
      <w:tr w:rsidR="00297663" w14:paraId="4763F0CB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F2D8E40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41B729EE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2AD072E4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19D47018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5DD0557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wacan 3, peserta didik mampu menganalisis hubungan sebab-akibat adohé generasi milenial saka seni tradisi.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B228C10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18)</w:t>
            </w:r>
          </w:p>
        </w:tc>
      </w:tr>
      <w:tr w:rsidR="00297663" w14:paraId="75289B16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0197150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3168" w:type="dxa"/>
            <w:vMerge/>
            <w:vAlign w:val="center"/>
          </w:tcPr>
          <w:p w14:paraId="4B1CF489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30DE09E1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512DDBF9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675CB420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sawetara ukara, peserta didik mampu menganalisis ukara kang ngandhut unsur OPINI (panemu pribadi).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A771334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19)</w:t>
            </w:r>
          </w:p>
        </w:tc>
      </w:tr>
      <w:tr w:rsidR="00297663" w14:paraId="346EB54B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1D29C18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77BB1D5B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06227B0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3099800D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BD248E5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perangan struktur artikel kang diacak, peserta didik mampu menganalisis lan mengurutake struktur artikel kang benar lan runtut.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D432853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20)</w:t>
            </w:r>
          </w:p>
        </w:tc>
      </w:tr>
      <w:tr w:rsidR="00297663" w14:paraId="2BF3CDCA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62DE07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21</w:t>
            </w:r>
          </w:p>
        </w:tc>
        <w:tc>
          <w:tcPr>
            <w:tcW w:w="3168" w:type="dxa"/>
            <w:vMerge/>
            <w:vAlign w:val="center"/>
          </w:tcPr>
          <w:p w14:paraId="7909872D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7D93C7E6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2968BAD1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31D3ABEF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topik artikel kecanduan game online, peserta didik mampu mengevaluasi lan nemtokake judul artikel kang paling menarik lan provokatif.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077B8A8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21)</w:t>
            </w:r>
          </w:p>
        </w:tc>
      </w:tr>
      <w:tr w:rsidR="00297663" w14:paraId="718B8DFD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32A802C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5083DDE4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DE45FB9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6D392B9F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454B76DC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sawijining paragraf artikel pertanian organik, peserta didik mampu menganalisis gagasan utama (ide pokok) paragraf kasebut.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B1BB8C0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22)</w:t>
            </w:r>
          </w:p>
        </w:tc>
      </w:tr>
      <w:tr w:rsidR="00297663" w14:paraId="1F3FF16C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1D32703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3168" w:type="dxa"/>
            <w:vMerge/>
            <w:vAlign w:val="center"/>
          </w:tcPr>
          <w:p w14:paraId="6C8C5A8E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5F7AE9D4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096947C1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26F27382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topik fenomena ekonomi, peserta didik mampu merancang ukara lugas lan formal kang trep kanggo artikel eksposisi.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E460523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23)</w:t>
            </w:r>
          </w:p>
        </w:tc>
      </w:tr>
      <w:tr w:rsidR="00297663" w14:paraId="7EF0C3B7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31D90AD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504431E3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33AA0D0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5B38331D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160DBA6D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rong ukara rumpang, peserta didik mampu menganalisis konjungsi (tembung penyambung antarukara) kang paling tepat.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7B5A7BD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24)</w:t>
            </w:r>
          </w:p>
        </w:tc>
      </w:tr>
      <w:tr w:rsidR="00297663" w14:paraId="05756464" w14:textId="77777777" w:rsidTr="00F45A8C">
        <w:trPr>
          <w:jc w:val="center"/>
        </w:trPr>
        <w:tc>
          <w:tcPr>
            <w:tcW w:w="720" w:type="dxa"/>
            <w:vAlign w:val="center"/>
          </w:tcPr>
          <w:p w14:paraId="75913D50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3168" w:type="dxa"/>
            <w:vMerge/>
            <w:vAlign w:val="center"/>
          </w:tcPr>
          <w:p w14:paraId="5FEA0D63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31107B63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05A586F" w14:textId="77777777" w:rsidR="00297663" w:rsidRDefault="00297663" w:rsidP="00425ADD"/>
        </w:tc>
        <w:tc>
          <w:tcPr>
            <w:tcW w:w="5328" w:type="dxa"/>
            <w:vAlign w:val="center"/>
          </w:tcPr>
          <w:p w14:paraId="04FF8181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paragraf kang ngandhut ukara tidak relevan, peserta didik mampu mengevaluasi ukara sumbang kang ngrusak koherensi paragraf.</w:t>
            </w:r>
          </w:p>
        </w:tc>
        <w:tc>
          <w:tcPr>
            <w:tcW w:w="1152" w:type="dxa"/>
            <w:vAlign w:val="center"/>
          </w:tcPr>
          <w:p w14:paraId="5917E9E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25)</w:t>
            </w:r>
          </w:p>
        </w:tc>
      </w:tr>
      <w:tr w:rsidR="00297663" w14:paraId="31F529CF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3991484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26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22B4CAAC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0CCFDD3D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1D671BD8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17A3E72B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ilustrasi langkah nggawe panganan tradhisional, peserta didik mampu menganalisis jenis artikel preskriptif/petunjuk.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5E80ADB" w14:textId="77777777" w:rsidR="00297663" w:rsidRPr="00F45A8C" w:rsidRDefault="00A64CA6" w:rsidP="00425ADD">
            <w:pPr>
              <w:spacing w:before="40"/>
              <w:jc w:val="center"/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26)</w:t>
            </w:r>
          </w:p>
        </w:tc>
      </w:tr>
      <w:tr w:rsidR="00297663" w14:paraId="68DC2672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551B129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27</w:t>
            </w:r>
          </w:p>
        </w:tc>
        <w:tc>
          <w:tcPr>
            <w:tcW w:w="3168" w:type="dxa"/>
            <w:vMerge/>
            <w:vAlign w:val="center"/>
          </w:tcPr>
          <w:p w14:paraId="4A0625E5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68E89E47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3F0CECB3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6DE15FDF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fenomena pengutipan panemu wong liya, peserta didik mampu mengevaluasi tujuan etika akademis lan pencegahan plagiarisme.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A27EDD6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27)</w:t>
            </w:r>
          </w:p>
        </w:tc>
      </w:tr>
      <w:tr w:rsidR="00297663" w14:paraId="03A89A0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0BBDF6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2276FD51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49E0C00D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4E349255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1DE9807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kutipan artikel babagan pendidikan basa Jawa, peserta didik mampu menganalisis makna implisit (tersirat) saka kutipan kasebut.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37B1384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28)</w:t>
            </w:r>
          </w:p>
        </w:tc>
      </w:tr>
      <w:tr w:rsidR="00297663" w14:paraId="08303EBF" w14:textId="77777777" w:rsidTr="00425ADD">
        <w:trPr>
          <w:jc w:val="center"/>
        </w:trPr>
        <w:tc>
          <w:tcPr>
            <w:tcW w:w="720" w:type="dxa"/>
            <w:vAlign w:val="center"/>
          </w:tcPr>
          <w:p w14:paraId="7629C7AC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3168" w:type="dxa"/>
            <w:vMerge/>
            <w:vAlign w:val="center"/>
          </w:tcPr>
          <w:p w14:paraId="3BDDF61D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4D378E47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75A082A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3F83350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isu kecerdasan buatan (AI), peserta didik mampu merancang ukara pembuka (lead) artikel kang kontekstual lan komunikatif.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3D547CC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29)</w:t>
            </w:r>
          </w:p>
        </w:tc>
      </w:tr>
      <w:tr w:rsidR="00297663" w14:paraId="49B7EC5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DE3CC80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67291D4B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2F55BB6F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07046E77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00E763D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konsep 5W+1H jurnalistik, peserta didik mampu menganalisis peran unsur 'WHY' (alasan/latar belakang) ing isi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5DAE60A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30)</w:t>
            </w:r>
          </w:p>
        </w:tc>
      </w:tr>
      <w:tr w:rsidR="00297663" w14:paraId="52EF76FD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FF2B639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31</w:t>
            </w:r>
          </w:p>
        </w:tc>
        <w:tc>
          <w:tcPr>
            <w:tcW w:w="3168" w:type="dxa"/>
            <w:vMerge/>
            <w:vAlign w:val="center"/>
          </w:tcPr>
          <w:p w14:paraId="0D4582C6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3EB6A625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0010A679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19CF18F2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kasus tradisi desa kang meh punah, peserta didik mampu mengevaluasi fungsi artikel minangka sarana edukasi lan komunikasi intergenerasi.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8FCBD1B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31)</w:t>
            </w:r>
          </w:p>
        </w:tc>
      </w:tr>
      <w:tr w:rsidR="00297663" w14:paraId="2D8DB2B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7B4A8C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78BC4843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A2D2E58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6257D77C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EF29101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ngandhut majas 'benteng pungkasan', peserta didik mampu menganalisis jenis majas metafora lan tegese.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AB1AEDA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32)</w:t>
            </w:r>
          </w:p>
        </w:tc>
      </w:tr>
      <w:tr w:rsidR="00297663" w14:paraId="3CFC51AE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00E084C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33</w:t>
            </w:r>
          </w:p>
        </w:tc>
        <w:tc>
          <w:tcPr>
            <w:tcW w:w="3168" w:type="dxa"/>
            <w:vMerge/>
            <w:vAlign w:val="center"/>
          </w:tcPr>
          <w:p w14:paraId="25612214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1A652445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352D3E17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23B3B5B9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konsep artikel argumentasi, peserta didik mampu menganalisis syarat panyengkuyung argumen kang kuat adhedhasar data faktual.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04F4AFB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33)</w:t>
            </w:r>
          </w:p>
        </w:tc>
      </w:tr>
      <w:tr w:rsidR="00297663" w14:paraId="771C2281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6D65987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5835574C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1162F4D9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1C57F470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5492AB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artikel kang bertele-tele (tidak efektif), peserta didik mampu mengevaluasi lan nemtokake hasil perbaikan/penyuntingan ukara yang efektif.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2F90AB3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34)</w:t>
            </w:r>
          </w:p>
        </w:tc>
      </w:tr>
      <w:tr w:rsidR="00297663" w14:paraId="5BBE6B6E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D64B8E2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3168" w:type="dxa"/>
            <w:vMerge/>
            <w:vAlign w:val="center"/>
          </w:tcPr>
          <w:p w14:paraId="6C15800E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0FDE7DA5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586CD6C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F83A80F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topik jamu tradhisional, peserta didik mampu menganalisis tujuan utama panulis nulis artikel edukatif kasebut.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8D34301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35)</w:t>
            </w:r>
          </w:p>
        </w:tc>
      </w:tr>
      <w:tr w:rsidR="00297663" w14:paraId="31166203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32C54B8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46BAF70D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0DA49042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7D3EE1FB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0704840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ringkesan rong artikel kanthi pandangan kontradiktif babagan teknologi, peserta didik mampu merumuskan sintesis (kesimpulan kompromistis) kang obyektif.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E90B903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36)</w:t>
            </w:r>
          </w:p>
        </w:tc>
      </w:tr>
      <w:tr w:rsidR="00297663" w14:paraId="7FCB86AF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2BAD03A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37</w:t>
            </w:r>
          </w:p>
        </w:tc>
        <w:tc>
          <w:tcPr>
            <w:tcW w:w="3168" w:type="dxa"/>
            <w:vMerge/>
            <w:vAlign w:val="center"/>
          </w:tcPr>
          <w:p w14:paraId="13D31152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234C3EDF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3F14C0D0" w14:textId="77777777" w:rsidR="00297663" w:rsidRDefault="00297663" w:rsidP="00425ADD"/>
        </w:tc>
        <w:tc>
          <w:tcPr>
            <w:tcW w:w="5328" w:type="dxa"/>
            <w:vAlign w:val="center"/>
          </w:tcPr>
          <w:p w14:paraId="1A35B033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artikel mawa ragam Ngoko, peserta didik mampu menganalisis owah-owahan ukara menyang ragam Krama Alus kang bener.</w:t>
            </w:r>
          </w:p>
        </w:tc>
        <w:tc>
          <w:tcPr>
            <w:tcW w:w="1152" w:type="dxa"/>
            <w:vAlign w:val="center"/>
          </w:tcPr>
          <w:p w14:paraId="18B556B1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37)</w:t>
            </w:r>
          </w:p>
        </w:tc>
      </w:tr>
      <w:tr w:rsidR="00297663" w14:paraId="03B2D814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DFAE53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5D38D36F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681442B5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6C4FFD7B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3BC4ED2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kahanan kritik sosial ing media massa, peserta didik mampu mengevaluasi etika lan basa kang sopan lan konstruktif sajroning nulis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A28A0EF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38)</w:t>
            </w:r>
          </w:p>
        </w:tc>
      </w:tr>
      <w:tr w:rsidR="00297663" w14:paraId="62865BA2" w14:textId="77777777" w:rsidTr="00F45A8C">
        <w:trPr>
          <w:jc w:val="center"/>
        </w:trPr>
        <w:tc>
          <w:tcPr>
            <w:tcW w:w="720" w:type="dxa"/>
            <w:vAlign w:val="center"/>
          </w:tcPr>
          <w:p w14:paraId="7F18366D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39</w:t>
            </w:r>
          </w:p>
        </w:tc>
        <w:tc>
          <w:tcPr>
            <w:tcW w:w="3168" w:type="dxa"/>
            <w:vMerge/>
            <w:vAlign w:val="center"/>
          </w:tcPr>
          <w:p w14:paraId="5EECF885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4406E926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582B20AF" w14:textId="77777777" w:rsidR="00297663" w:rsidRDefault="00297663" w:rsidP="00425ADD"/>
        </w:tc>
        <w:tc>
          <w:tcPr>
            <w:tcW w:w="5328" w:type="dxa"/>
            <w:vAlign w:val="center"/>
          </w:tcPr>
          <w:p w14:paraId="0991B72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deskripsi artikel adhedhasar riset nanging mawa basa ilmiah populer, peserta didik mampu menganalisis jenis artikel opini ilmiah populer.</w:t>
            </w:r>
          </w:p>
        </w:tc>
        <w:tc>
          <w:tcPr>
            <w:tcW w:w="1152" w:type="dxa"/>
            <w:vAlign w:val="center"/>
          </w:tcPr>
          <w:p w14:paraId="362C74B7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39)</w:t>
            </w:r>
          </w:p>
        </w:tc>
      </w:tr>
      <w:tr w:rsidR="00297663" w14:paraId="3CC5CF4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77636CF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40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6D217EAF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3905F776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34F33552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1516141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struktur reorientasi/penutup artikel, peserta didik mampu menganalisis bab kang ora kena dimasukake ing dudutan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A0CEBFB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40)</w:t>
            </w:r>
          </w:p>
        </w:tc>
      </w:tr>
      <w:tr w:rsidR="00297663" w14:paraId="78B3CAE4" w14:textId="77777777" w:rsidTr="00F45A8C">
        <w:trPr>
          <w:jc w:val="center"/>
        </w:trPr>
        <w:tc>
          <w:tcPr>
            <w:tcW w:w="720" w:type="dxa"/>
            <w:vAlign w:val="center"/>
          </w:tcPr>
          <w:p w14:paraId="0BADC17F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41</w:t>
            </w:r>
          </w:p>
        </w:tc>
        <w:tc>
          <w:tcPr>
            <w:tcW w:w="3168" w:type="dxa"/>
            <w:vMerge/>
            <w:vAlign w:val="center"/>
          </w:tcPr>
          <w:p w14:paraId="23E4CB6D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1B5CE779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5628BC63" w14:textId="77777777" w:rsidR="00297663" w:rsidRDefault="00297663" w:rsidP="00425ADD"/>
        </w:tc>
        <w:tc>
          <w:tcPr>
            <w:tcW w:w="5328" w:type="dxa"/>
            <w:vAlign w:val="center"/>
          </w:tcPr>
          <w:p w14:paraId="73CFFAF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topik utama artikel pertanian Jawa, peserta didik mampu mengevaluasi lan nemtokake sub-tema kang ora relevan (penyimpangan topik).</w:t>
            </w:r>
          </w:p>
        </w:tc>
        <w:tc>
          <w:tcPr>
            <w:tcW w:w="1152" w:type="dxa"/>
            <w:vAlign w:val="center"/>
          </w:tcPr>
          <w:p w14:paraId="0CDC40EF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41)</w:t>
            </w:r>
          </w:p>
        </w:tc>
      </w:tr>
      <w:tr w:rsidR="00297663" w14:paraId="13F301C6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47B8444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318DECDC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2CC48AB1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0B0968D1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0306DC77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mawa bebasan 'cancut taliwanda', peserta didik mampu menganalisis makna idiomatis/tegese bebasan kasebut.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944801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42)</w:t>
            </w:r>
          </w:p>
        </w:tc>
      </w:tr>
      <w:tr w:rsidR="00297663" w14:paraId="4D9C129C" w14:textId="77777777" w:rsidTr="00F45A8C">
        <w:trPr>
          <w:jc w:val="center"/>
        </w:trPr>
        <w:tc>
          <w:tcPr>
            <w:tcW w:w="720" w:type="dxa"/>
            <w:vAlign w:val="center"/>
          </w:tcPr>
          <w:p w14:paraId="6C97C65E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43</w:t>
            </w:r>
          </w:p>
        </w:tc>
        <w:tc>
          <w:tcPr>
            <w:tcW w:w="3168" w:type="dxa"/>
            <w:vMerge/>
            <w:vAlign w:val="center"/>
          </w:tcPr>
          <w:p w14:paraId="15A20241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033D4611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0B5B478" w14:textId="77777777" w:rsidR="00297663" w:rsidRDefault="00297663" w:rsidP="00425ADD"/>
        </w:tc>
        <w:tc>
          <w:tcPr>
            <w:tcW w:w="5328" w:type="dxa"/>
            <w:vAlign w:val="center"/>
          </w:tcPr>
          <w:p w14:paraId="35D94593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masalah kurang pemahaman Aksara Jawa, peserta didik mampu merancang gagasan solusi kreatif adhedhasar pengembangan aplikasi digital/game.</w:t>
            </w:r>
          </w:p>
        </w:tc>
        <w:tc>
          <w:tcPr>
            <w:tcW w:w="1152" w:type="dxa"/>
            <w:vAlign w:val="center"/>
          </w:tcPr>
          <w:p w14:paraId="6B4EEB0C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43)</w:t>
            </w:r>
          </w:p>
        </w:tc>
      </w:tr>
      <w:tr w:rsidR="00297663" w14:paraId="248A7FD1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782D032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707A1316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163B15D3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73C1099B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4F9A63DD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himbauan moral-kultur, peserta didik mampu menganalisis fungsi lan peran ukara sajroning struktur artikel.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0F5E621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44)</w:t>
            </w:r>
          </w:p>
        </w:tc>
      </w:tr>
      <w:tr w:rsidR="00297663" w14:paraId="16306B26" w14:textId="77777777" w:rsidTr="00F45A8C">
        <w:trPr>
          <w:jc w:val="center"/>
        </w:trPr>
        <w:tc>
          <w:tcPr>
            <w:tcW w:w="720" w:type="dxa"/>
            <w:vAlign w:val="center"/>
          </w:tcPr>
          <w:p w14:paraId="70564A44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45</w:t>
            </w:r>
          </w:p>
        </w:tc>
        <w:tc>
          <w:tcPr>
            <w:tcW w:w="3168" w:type="dxa"/>
            <w:vMerge/>
            <w:vAlign w:val="center"/>
          </w:tcPr>
          <w:p w14:paraId="396C0EA3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017A477B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4B14D901" w14:textId="77777777" w:rsidR="00297663" w:rsidRDefault="00297663" w:rsidP="00425ADD"/>
        </w:tc>
        <w:tc>
          <w:tcPr>
            <w:tcW w:w="5328" w:type="dxa"/>
            <w:vAlign w:val="center"/>
          </w:tcPr>
          <w:p w14:paraId="79D5D25A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kriteria karya ilmiah populer, peserta didik mampu mengevaluasi indikator kualitas utama sawijining artikel opini publik.</w:t>
            </w:r>
          </w:p>
        </w:tc>
        <w:tc>
          <w:tcPr>
            <w:tcW w:w="1152" w:type="dxa"/>
            <w:vAlign w:val="center"/>
          </w:tcPr>
          <w:p w14:paraId="1AF3CDF2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45)</w:t>
            </w:r>
          </w:p>
        </w:tc>
      </w:tr>
      <w:tr w:rsidR="00297663" w14:paraId="4E4EF911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A8B470D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2C31AB0B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087B9F5D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099D6883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76BF2621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teks artikel lan cerkak, peserta didik mampu menganalisis perbandingan karakteristik cara penyampaian masalah antar kaloro karya.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E26B734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46)</w:t>
            </w:r>
          </w:p>
        </w:tc>
      </w:tr>
      <w:tr w:rsidR="00297663" w14:paraId="24665A51" w14:textId="77777777" w:rsidTr="00F45A8C">
        <w:trPr>
          <w:jc w:val="center"/>
        </w:trPr>
        <w:tc>
          <w:tcPr>
            <w:tcW w:w="720" w:type="dxa"/>
            <w:vAlign w:val="center"/>
          </w:tcPr>
          <w:p w14:paraId="46B5DD56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47</w:t>
            </w:r>
          </w:p>
        </w:tc>
        <w:tc>
          <w:tcPr>
            <w:tcW w:w="3168" w:type="dxa"/>
            <w:vMerge/>
            <w:vAlign w:val="center"/>
          </w:tcPr>
          <w:p w14:paraId="49F9161E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73D2499F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655F58F6" w14:textId="77777777" w:rsidR="00297663" w:rsidRDefault="00297663" w:rsidP="00425ADD"/>
        </w:tc>
        <w:tc>
          <w:tcPr>
            <w:tcW w:w="5328" w:type="dxa"/>
            <w:vAlign w:val="center"/>
          </w:tcPr>
          <w:p w14:paraId="15E4CD7B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ringkesan fenomena kuliner Jawa modern ing kafe, peserta didik mampu merumuskan judul artikel naratif-kreatif kang narik perhatian pamaos.</w:t>
            </w:r>
          </w:p>
        </w:tc>
        <w:tc>
          <w:tcPr>
            <w:tcW w:w="1152" w:type="dxa"/>
            <w:vAlign w:val="center"/>
          </w:tcPr>
          <w:p w14:paraId="05ABA1AF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47)</w:t>
            </w:r>
          </w:p>
        </w:tc>
      </w:tr>
      <w:tr w:rsidR="00297663" w14:paraId="004DAA08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5A3A18F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71798D0A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5F24AB46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1CCB72F9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44068C6E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ukara mawa paribasan 'kacang ninggal lanjaran', peserta didik mampu menganalisis makna konotatif paribasan kasebut.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A4626DC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(C4)</w:t>
            </w:r>
            <w:r w:rsidRPr="00F45A8C">
              <w:rPr>
                <w:color w:val="000000" w:themeColor="text1"/>
                <w:sz w:val="17"/>
              </w:rPr>
              <w:br/>
              <w:t>(Soal 48)</w:t>
            </w:r>
          </w:p>
        </w:tc>
      </w:tr>
      <w:tr w:rsidR="00297663" w14:paraId="152086B8" w14:textId="77777777" w:rsidTr="00F45A8C">
        <w:trPr>
          <w:jc w:val="center"/>
        </w:trPr>
        <w:tc>
          <w:tcPr>
            <w:tcW w:w="720" w:type="dxa"/>
            <w:vAlign w:val="center"/>
          </w:tcPr>
          <w:p w14:paraId="3E809BCB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49</w:t>
            </w:r>
          </w:p>
        </w:tc>
        <w:tc>
          <w:tcPr>
            <w:tcW w:w="3168" w:type="dxa"/>
            <w:vMerge/>
            <w:vAlign w:val="center"/>
          </w:tcPr>
          <w:p w14:paraId="66E59F00" w14:textId="77777777" w:rsidR="00297663" w:rsidRDefault="00297663" w:rsidP="00425ADD"/>
        </w:tc>
        <w:tc>
          <w:tcPr>
            <w:tcW w:w="3312" w:type="dxa"/>
            <w:vMerge/>
            <w:vAlign w:val="center"/>
          </w:tcPr>
          <w:p w14:paraId="1211AC94" w14:textId="77777777" w:rsidR="00297663" w:rsidRDefault="00297663" w:rsidP="00425ADD"/>
        </w:tc>
        <w:tc>
          <w:tcPr>
            <w:tcW w:w="1872" w:type="dxa"/>
            <w:vMerge/>
            <w:vAlign w:val="center"/>
          </w:tcPr>
          <w:p w14:paraId="4B165A9E" w14:textId="77777777" w:rsidR="00297663" w:rsidRDefault="00297663" w:rsidP="00425ADD"/>
        </w:tc>
        <w:tc>
          <w:tcPr>
            <w:tcW w:w="5328" w:type="dxa"/>
            <w:vAlign w:val="center"/>
          </w:tcPr>
          <w:p w14:paraId="339F49B9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argumen kontra marang pelajaran Basa Jawa, peserta didik mampu menguji lan nemtokake sanggahan (bantahan) ilmiah kang paling logis.</w:t>
            </w:r>
          </w:p>
        </w:tc>
        <w:tc>
          <w:tcPr>
            <w:tcW w:w="1152" w:type="dxa"/>
            <w:vAlign w:val="center"/>
          </w:tcPr>
          <w:p w14:paraId="00DC0E62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(C5)</w:t>
            </w:r>
            <w:r w:rsidRPr="00F45A8C">
              <w:rPr>
                <w:color w:val="000000" w:themeColor="text1"/>
                <w:sz w:val="17"/>
              </w:rPr>
              <w:br/>
              <w:t>(Soal 49)</w:t>
            </w:r>
          </w:p>
        </w:tc>
      </w:tr>
      <w:tr w:rsidR="00297663" w14:paraId="1F6BE642" w14:textId="77777777" w:rsidTr="00425ADD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BDCEE67" w14:textId="77777777" w:rsidR="00297663" w:rsidRDefault="00A64CA6" w:rsidP="00425ADD">
            <w:pPr>
              <w:spacing w:before="40"/>
              <w:jc w:val="center"/>
            </w:pPr>
            <w:r>
              <w:rPr>
                <w:sz w:val="17"/>
              </w:rPr>
              <w:t>50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14:paraId="05B2B52F" w14:textId="77777777" w:rsidR="00297663" w:rsidRDefault="00297663" w:rsidP="00425ADD"/>
        </w:tc>
        <w:tc>
          <w:tcPr>
            <w:tcW w:w="3312" w:type="dxa"/>
            <w:vMerge/>
            <w:shd w:val="clear" w:color="auto" w:fill="F2F4F7"/>
            <w:vAlign w:val="center"/>
          </w:tcPr>
          <w:p w14:paraId="33DD7A0B" w14:textId="77777777" w:rsidR="00297663" w:rsidRDefault="00297663" w:rsidP="00425ADD"/>
        </w:tc>
        <w:tc>
          <w:tcPr>
            <w:tcW w:w="1872" w:type="dxa"/>
            <w:vMerge/>
            <w:shd w:val="clear" w:color="auto" w:fill="F2F4F7"/>
            <w:vAlign w:val="center"/>
          </w:tcPr>
          <w:p w14:paraId="529FCF66" w14:textId="77777777" w:rsidR="00297663" w:rsidRDefault="00297663" w:rsidP="00425ADD"/>
        </w:tc>
        <w:tc>
          <w:tcPr>
            <w:tcW w:w="5328" w:type="dxa"/>
            <w:shd w:val="clear" w:color="auto" w:fill="auto"/>
            <w:vAlign w:val="center"/>
          </w:tcPr>
          <w:p w14:paraId="57E4649E" w14:textId="77777777" w:rsidR="00297663" w:rsidRDefault="00A64CA6" w:rsidP="00425ADD">
            <w:pPr>
              <w:spacing w:before="40"/>
            </w:pPr>
            <w:r>
              <w:rPr>
                <w:sz w:val="17"/>
              </w:rPr>
              <w:t>Disajikake konteks pembelajaran artikel kelas XII, peserta didik mampu merancang rencana tindak lanjut (aksi nyata) literasi ing lingkungan sekolah.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FF4DA69" w14:textId="77777777" w:rsidR="00297663" w:rsidRPr="00F45A8C" w:rsidRDefault="00A64CA6" w:rsidP="00425ADD">
            <w:pPr>
              <w:spacing w:before="40"/>
              <w:jc w:val="center"/>
              <w:rPr>
                <w:color w:val="000000" w:themeColor="text1"/>
              </w:rPr>
            </w:pPr>
            <w:r w:rsidRPr="00F45A8C">
              <w:rPr>
                <w:color w:val="000000" w:themeColor="text1"/>
                <w:sz w:val="17"/>
              </w:rPr>
              <w:t>HOTS (C6)</w:t>
            </w:r>
            <w:r w:rsidRPr="00F45A8C">
              <w:rPr>
                <w:color w:val="000000" w:themeColor="text1"/>
                <w:sz w:val="17"/>
              </w:rPr>
              <w:br/>
              <w:t>(Soal 50)</w:t>
            </w:r>
          </w:p>
        </w:tc>
      </w:tr>
    </w:tbl>
    <w:p w14:paraId="096D2C0D" w14:textId="77777777" w:rsidR="00297663" w:rsidRDefault="00297663" w:rsidP="00425ADD"/>
    <w:p w14:paraId="3C3F996F" w14:textId="77777777" w:rsidR="00F45A8C" w:rsidRPr="00F45A8C" w:rsidRDefault="00F45A8C" w:rsidP="00F45A8C">
      <w:pPr>
        <w:ind w:left="8640" w:firstLine="720"/>
        <w:rPr>
          <w:rFonts w:ascii="Times New Roman" w:hAnsi="Times New Roman" w:cs="Times New Roman"/>
          <w:sz w:val="24"/>
          <w:szCs w:val="24"/>
          <w:lang w:val="id-ID"/>
        </w:rPr>
      </w:pPr>
      <w:r w:rsidRPr="00F45A8C">
        <w:rPr>
          <w:rFonts w:ascii="Times New Roman" w:hAnsi="Times New Roman" w:cs="Times New Roman"/>
          <w:sz w:val="24"/>
          <w:szCs w:val="24"/>
          <w:lang w:val="id-ID"/>
        </w:rPr>
        <w:t>Pekalongan,  September 2026</w:t>
      </w:r>
    </w:p>
    <w:p w14:paraId="6EEDFF54" w14:textId="77777777" w:rsidR="00F45A8C" w:rsidRPr="00F45A8C" w:rsidRDefault="00F45A8C" w:rsidP="00F45A8C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F45A8C">
        <w:rPr>
          <w:rFonts w:ascii="Times New Roman" w:hAnsi="Times New Roman" w:cs="Times New Roman"/>
          <w:sz w:val="24"/>
          <w:szCs w:val="24"/>
          <w:lang w:val="id-ID"/>
        </w:rPr>
        <w:t>Mengetahui</w:t>
      </w:r>
    </w:p>
    <w:p w14:paraId="3B6928B6" w14:textId="77777777" w:rsidR="00F45A8C" w:rsidRPr="00F45A8C" w:rsidRDefault="00F45A8C" w:rsidP="00F45A8C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F45A8C">
        <w:rPr>
          <w:rFonts w:ascii="Times New Roman" w:hAnsi="Times New Roman" w:cs="Times New Roman"/>
          <w:sz w:val="24"/>
          <w:szCs w:val="24"/>
          <w:lang w:val="id-ID"/>
        </w:rPr>
        <w:t>Kepala Sekolah</w:t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  <w:t>Guru Mapel</w:t>
      </w:r>
    </w:p>
    <w:p w14:paraId="4C4B96DF" w14:textId="77777777" w:rsidR="00F45A8C" w:rsidRPr="00F45A8C" w:rsidRDefault="00F45A8C" w:rsidP="00F45A8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AE7D12A" w14:textId="77777777" w:rsidR="00F45A8C" w:rsidRPr="00F45A8C" w:rsidRDefault="00F45A8C" w:rsidP="00F45A8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A4FFE2A" w14:textId="77777777" w:rsidR="00A64CA6" w:rsidRPr="00F45A8C" w:rsidRDefault="00F45A8C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F45A8C">
        <w:rPr>
          <w:rFonts w:ascii="Times New Roman" w:hAnsi="Times New Roman" w:cs="Times New Roman"/>
          <w:sz w:val="24"/>
          <w:szCs w:val="24"/>
          <w:lang w:val="id-ID"/>
        </w:rPr>
        <w:t>S.H Nugrahenny, S.Pd</w:t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F45A8C">
        <w:rPr>
          <w:rFonts w:ascii="Times New Roman" w:hAnsi="Times New Roman" w:cs="Times New Roman"/>
          <w:sz w:val="24"/>
          <w:szCs w:val="24"/>
          <w:lang w:val="id-ID"/>
        </w:rPr>
        <w:tab/>
        <w:t>Eko Juhartiningrum, S.S</w:t>
      </w:r>
    </w:p>
    <w:sectPr w:rsidR="00A64CA6" w:rsidRPr="00F45A8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7663"/>
    <w:rsid w:val="00326F90"/>
    <w:rsid w:val="00425ADD"/>
    <w:rsid w:val="00731B90"/>
    <w:rsid w:val="00886F89"/>
    <w:rsid w:val="00A64CA6"/>
    <w:rsid w:val="00AA1D8D"/>
    <w:rsid w:val="00B47730"/>
    <w:rsid w:val="00CB0664"/>
    <w:rsid w:val="00F45A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8C3096"/>
  <w14:defaultImageDpi w14:val="300"/>
  <w15:docId w15:val="{8D9E2680-8FDE-4B71-AC06-8C1D00E0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77D417-C4EA-4552-B8A2-9A218907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2026-09-13T03:04:00Z</dcterms:created>
  <dcterms:modified xsi:type="dcterms:W3CDTF">2026-09-21T00:38:00Z</dcterms:modified>
  <cp:category/>
</cp:coreProperties>
</file>